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240" w:rsidRDefault="00000000" w14:paraId="441520CE" w14:textId="7B4BF0D2">
      <w:pPr>
        <w:spacing w:after="0" w:line="360" w:lineRule="auto"/>
        <w:rPr>
          <w:rFonts w:eastAsia="Times New Roman" w:asciiTheme="majorHAnsi" w:hAnsiTheme="majorHAnsi" w:cstheme="majorHAnsi"/>
          <w:sz w:val="24"/>
          <w:szCs w:val="24"/>
          <w:lang w:eastAsia="zh-CN"/>
        </w:rPr>
      </w:pPr>
      <w:r>
        <w:rPr>
          <w:rFonts w:eastAsia="Times New Roman" w:asciiTheme="majorHAnsi" w:hAnsiTheme="majorHAnsi" w:cstheme="majorHAnsi"/>
          <w:sz w:val="24"/>
          <w:szCs w:val="24"/>
          <w:lang w:eastAsia="zh-CN"/>
        </w:rPr>
        <w:t>Załącznik nr 3 do Regulaminu rekrutacji i uczestnictwa w projekcie „Środowiskowa opieka długoterminowa dla osób starszych z terenu miasta Katowice oraz Sosnowiec”.</w:t>
      </w:r>
    </w:p>
    <w:p w:rsidR="004C5240" w:rsidRDefault="004C5240" w14:paraId="6A8F3A2B" w14:textId="77777777">
      <w:pPr>
        <w:spacing w:after="0" w:line="360" w:lineRule="auto"/>
        <w:rPr>
          <w:rFonts w:eastAsia="Times New Roman" w:asciiTheme="majorHAnsi" w:hAnsiTheme="majorHAnsi" w:cstheme="majorHAnsi"/>
          <w:sz w:val="24"/>
          <w:szCs w:val="24"/>
          <w:lang w:eastAsia="zh-CN"/>
        </w:rPr>
      </w:pPr>
    </w:p>
    <w:p w:rsidR="004C5240" w:rsidP="690B87B5" w:rsidRDefault="00000000" w14:paraId="445CD468" w14:textId="6AF95A01">
      <w:pPr>
        <w:pStyle w:val="Normalny"/>
        <w:suppressLineNumbers w:val="0"/>
        <w:bidi w:val="0"/>
        <w:spacing w:before="0" w:beforeAutospacing="off" w:after="200" w:afterAutospacing="off" w:line="360" w:lineRule="auto"/>
        <w:ind w:left="0" w:right="0"/>
        <w:jc w:val="center"/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</w:pPr>
      <w:r w:rsidRPr="690B87B5" w:rsidR="00000000"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  <w:t xml:space="preserve">Potwierdzenie </w:t>
      </w:r>
      <w:r w:rsidRPr="690B87B5" w:rsidR="4BBE9D87"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  <w:t>e</w:t>
      </w:r>
      <w:r w:rsidRPr="690B87B5" w:rsidR="00000000"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  <w:t xml:space="preserve">pizodu </w:t>
      </w:r>
      <w:r w:rsidRPr="690B87B5" w:rsidR="0C399D8C"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  <w:t>h</w:t>
      </w:r>
      <w:r w:rsidRPr="690B87B5" w:rsidR="00000000"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  <w:t>ospitalizacji (do 6 miesięcy przed przystąpieniem do projektu)</w:t>
      </w:r>
      <w:r w:rsidRPr="690B87B5" w:rsidR="00000000">
        <w:rPr>
          <w:rFonts w:ascii="Calibri" w:hAnsi="Calibri" w:cs="Calibri" w:asciiTheme="majorAscii" w:hAnsiTheme="majorAscii" w:cstheme="majorAscii"/>
          <w:sz w:val="28"/>
          <w:szCs w:val="28"/>
        </w:rPr>
        <w:t xml:space="preserve"> </w:t>
      </w:r>
      <w:r w:rsidRPr="690B87B5" w:rsidR="00000000">
        <w:rPr>
          <w:rFonts w:ascii="Calibri" w:hAnsi="Calibri" w:cs="Calibri" w:asciiTheme="majorAscii" w:hAnsiTheme="majorAscii" w:cstheme="majorAscii"/>
          <w:b w:val="1"/>
          <w:bCs w:val="1"/>
          <w:sz w:val="28"/>
          <w:szCs w:val="28"/>
        </w:rPr>
        <w:t>lub diagnozy co najmniej 1 Wielkiego Zespołu Geriatrycznego</w:t>
      </w:r>
    </w:p>
    <w:p w:rsidR="004C5240" w:rsidRDefault="00000000" w14:paraId="2DA4E021" w14:textId="77777777">
      <w:pPr>
        <w:spacing w:line="360" w:lineRule="auto"/>
        <w:outlineLvl w:val="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1. Dane uczestnika (osoba starsza)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1. Dane uczestnika"/>
        <w:tblDescription w:val="Tabela formularza z polami: imię i nazwisko świadczeniobiorcy, adres zamieszkania, numer PESEL lub numer dokumentu tożsamości oraz data urodzenia."/>
      </w:tblPr>
      <w:tblGrid>
        <w:gridCol w:w="4986"/>
        <w:gridCol w:w="4986"/>
      </w:tblGrid>
      <w:tr w:rsidR="004C5240" w14:paraId="7038AB3A" w14:textId="77777777">
        <w:trPr>
          <w:trHeight w:val="527"/>
        </w:trPr>
        <w:tc>
          <w:tcPr>
            <w:tcW w:w="4986" w:type="dxa"/>
            <w:vAlign w:val="center"/>
          </w:tcPr>
          <w:p w:rsidR="004C5240" w:rsidRDefault="00000000" w14:paraId="293722FD" w14:textId="4C88A4E0">
            <w:pPr>
              <w:spacing w:line="360" w:lineRule="auto"/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</w:pPr>
            <w:r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  <w:t>Imię i nazwisko świadczeniobiorcy:</w:t>
            </w:r>
          </w:p>
        </w:tc>
        <w:tc>
          <w:tcPr>
            <w:tcW w:w="4986" w:type="dxa"/>
            <w:vAlign w:val="center"/>
          </w:tcPr>
          <w:p w:rsidR="004C5240" w:rsidRDefault="004C5240" w14:paraId="434604F3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14:paraId="489A210D" w14:textId="77777777">
        <w:trPr>
          <w:trHeight w:val="527"/>
        </w:trPr>
        <w:tc>
          <w:tcPr>
            <w:tcW w:w="4986" w:type="dxa"/>
            <w:vAlign w:val="center"/>
          </w:tcPr>
          <w:p w:rsidR="004C5240" w:rsidRDefault="00000000" w14:paraId="490DBED0" w14:textId="27FCB1D5">
            <w:pPr>
              <w:spacing w:line="360" w:lineRule="auto"/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</w:pPr>
            <w:r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  <w:t>Adres zamieszkania:</w:t>
            </w:r>
          </w:p>
        </w:tc>
        <w:tc>
          <w:tcPr>
            <w:tcW w:w="4986" w:type="dxa"/>
            <w:vAlign w:val="center"/>
          </w:tcPr>
          <w:p w:rsidR="004C5240" w:rsidRDefault="004C5240" w14:paraId="2F5E1D63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14:paraId="21DBF759" w14:textId="77777777">
        <w:trPr>
          <w:trHeight w:val="527"/>
        </w:trPr>
        <w:tc>
          <w:tcPr>
            <w:tcW w:w="4986" w:type="dxa"/>
            <w:vAlign w:val="center"/>
          </w:tcPr>
          <w:p w:rsidR="004C5240" w:rsidRDefault="00000000" w14:paraId="5BF2D181" w14:textId="38D3371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  <w:t>Numer PESEL (gdy brak numer dokumentu tożsamości):</w:t>
            </w:r>
          </w:p>
        </w:tc>
        <w:tc>
          <w:tcPr>
            <w:tcW w:w="4986" w:type="dxa"/>
            <w:vAlign w:val="center"/>
          </w:tcPr>
          <w:p w:rsidR="004C5240" w:rsidRDefault="004C5240" w14:paraId="0D5C1D47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14:paraId="1BCCD0DF" w14:textId="77777777">
        <w:trPr>
          <w:trHeight w:val="527"/>
        </w:trPr>
        <w:tc>
          <w:tcPr>
            <w:tcW w:w="4986" w:type="dxa"/>
            <w:vAlign w:val="center"/>
          </w:tcPr>
          <w:p w:rsidR="004C5240" w:rsidRDefault="00000000" w14:paraId="798AEA61" w14:textId="68404F6D">
            <w:pPr>
              <w:tabs>
                <w:tab w:val="center" w:pos="2385"/>
              </w:tabs>
              <w:spacing w:line="360" w:lineRule="auto"/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</w:pPr>
            <w:r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  <w:t>Data urodzenia:</w:t>
            </w:r>
            <w:r>
              <w:rPr>
                <w:rFonts w:eastAsia="Times New Roman" w:asciiTheme="majorHAnsi" w:hAnsiTheme="majorHAnsi" w:cstheme="majorHAnsi"/>
                <w:sz w:val="24"/>
                <w:szCs w:val="24"/>
                <w:lang w:eastAsia="zh-CN"/>
              </w:rPr>
              <w:tab/>
            </w:r>
          </w:p>
        </w:tc>
        <w:tc>
          <w:tcPr>
            <w:tcW w:w="4986" w:type="dxa"/>
            <w:vAlign w:val="center"/>
          </w:tcPr>
          <w:p w:rsidR="004C5240" w:rsidRDefault="004C5240" w14:paraId="614E818C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4C5240" w:rsidRDefault="004C5240" w14:paraId="1B75BBE7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4C5240" w:rsidRDefault="00000000" w14:paraId="0EB64BF0" w14:textId="19E1B24F">
      <w:pPr>
        <w:spacing w:line="360" w:lineRule="auto"/>
        <w:outlineLvl w:val="1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2. Podstawa spełnienia kryterium (zaznaczyć właściwe)</w:t>
      </w:r>
    </w:p>
    <w:p w:rsidR="004C5240" w:rsidP="690B87B5" w:rsidRDefault="00000000" w14:paraId="028BE073" w14:textId="1B4490C5">
      <w:pPr>
        <w:spacing w:line="360" w:lineRule="auto"/>
        <w:outlineLvl w:val="2"/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690B87B5" w:rsidR="00000000">
        <w:rPr>
          <w:rFonts w:ascii="Segoe UI Symbol" w:hAnsi="Segoe UI Symbol" w:cs="Segoe UI Symbol"/>
          <w:sz w:val="24"/>
          <w:szCs w:val="24"/>
        </w:rPr>
        <w:t>☐</w:t>
      </w:r>
      <w:r w:rsidRPr="690B87B5" w:rsidR="00000000">
        <w:rPr>
          <w:rFonts w:ascii="Calibri" w:hAnsi="Calibri" w:cs="Calibri" w:asciiTheme="majorAscii" w:hAnsiTheme="majorAscii" w:cstheme="majorAscii"/>
          <w:sz w:val="24"/>
          <w:szCs w:val="24"/>
        </w:rPr>
        <w:t xml:space="preserve"> </w:t>
      </w:r>
      <w:r w:rsidRPr="690B87B5" w:rsidR="00000000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A. Epizod </w:t>
      </w:r>
      <w:r w:rsidRPr="690B87B5" w:rsidR="7954FC6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h</w:t>
      </w:r>
      <w:r w:rsidRPr="690B87B5" w:rsidR="00000000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ospitalizacji do 6 miesięcy przed przystąpieniem do projektu</w:t>
      </w:r>
      <w:r w:rsidRPr="690B87B5" w:rsidR="00000000">
        <w:rPr>
          <w:rFonts w:ascii="Calibri" w:hAnsi="Calibri" w:cs="Calibri" w:asciiTheme="majorAscii" w:hAnsiTheme="majorAscii" w:cstheme="majorAscii"/>
          <w:sz w:val="24"/>
          <w:szCs w:val="24"/>
        </w:rPr>
        <w:t xml:space="preserve"> (na podstawie dokumentacji szpitalnej).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2. Dane epizodu hospitalizacji"/>
        <w:tblDescription w:val="Tabela formularza dotycząca epizodu hospitalizacji, dokumentów potwierdzających oraz potwierdzenia lekarza."/>
      </w:tblPr>
      <w:tblGrid>
        <w:gridCol w:w="4986"/>
        <w:gridCol w:w="4986"/>
      </w:tblGrid>
      <w:tr w:rsidR="690B87B5" w:rsidTr="690B87B5" w14:paraId="4C79661F">
        <w:trPr>
          <w:trHeight w:val="539"/>
        </w:trPr>
        <w:tc>
          <w:tcPr>
            <w:tcW w:w="4986" w:type="dxa"/>
            <w:tcMar/>
            <w:vAlign w:val="center"/>
          </w:tcPr>
          <w:p w:rsidR="690B87B5" w:rsidP="690B87B5" w:rsidRDefault="690B87B5" w14:paraId="7BCD2A58" w14:textId="2C348446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Nazwa / numer dokumentu (np. karta informacyjna, wypis)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potwierdzającego hospitalizację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:</w:t>
            </w:r>
          </w:p>
        </w:tc>
        <w:tc>
          <w:tcPr>
            <w:tcW w:w="4986" w:type="dxa"/>
            <w:tcMar/>
            <w:vAlign w:val="center"/>
          </w:tcPr>
          <w:p w:rsidR="690B87B5" w:rsidP="690B87B5" w:rsidRDefault="690B87B5" w14:paraId="7198EBC3" w14:textId="4BFCF76F">
            <w:pPr>
              <w:spacing w:line="360" w:lineRule="auto"/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Karta informacyjna leczenia szpitalnego / wypis   </w:t>
            </w:r>
          </w:p>
          <w:p w:rsidR="690B87B5" w:rsidP="690B87B5" w:rsidRDefault="690B87B5" w14:paraId="480A5B38" w14:textId="0C472A46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Inny dokument (jaki?): ____________</w:t>
            </w:r>
          </w:p>
          <w:p w:rsidR="690B87B5" w:rsidP="690B87B5" w:rsidRDefault="690B87B5" w14:paraId="4DE1A8AC" w14:textId="38BDB712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</w:p>
        </w:tc>
      </w:tr>
      <w:tr w:rsidR="004C5240" w:rsidTr="690B87B5" w14:paraId="2AE929FC" w14:textId="77777777">
        <w:trPr>
          <w:trHeight w:val="539"/>
        </w:trPr>
        <w:tc>
          <w:tcPr>
            <w:tcW w:w="4986" w:type="dxa"/>
            <w:tcMar/>
            <w:vAlign w:val="center"/>
          </w:tcPr>
          <w:p w:rsidR="004C5240" w:rsidP="690B87B5" w:rsidRDefault="00000000" w14:paraId="4B2E6056" w14:textId="346F1892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4883BE51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Nazwa p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odmiot</w:t>
            </w:r>
            <w:r w:rsidRPr="690B87B5" w:rsidR="1ACF6C37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u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lecznicz</w:t>
            </w:r>
            <w:r w:rsidRPr="690B87B5" w:rsidR="40B3F618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ego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/ oddział</w:t>
            </w:r>
            <w:r w:rsidRPr="690B87B5" w:rsidR="51D8CFD7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u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:</w:t>
            </w:r>
          </w:p>
        </w:tc>
        <w:tc>
          <w:tcPr>
            <w:tcW w:w="4986" w:type="dxa"/>
            <w:tcMar/>
            <w:vAlign w:val="center"/>
          </w:tcPr>
          <w:p w:rsidR="004C5240" w:rsidRDefault="004C5240" w14:paraId="4D32A4CD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4834D519" w14:textId="77777777">
        <w:trPr>
          <w:trHeight w:val="539"/>
        </w:trPr>
        <w:tc>
          <w:tcPr>
            <w:tcW w:w="4986" w:type="dxa"/>
            <w:tcMar/>
            <w:vAlign w:val="center"/>
          </w:tcPr>
          <w:p w:rsidR="004C5240" w:rsidRDefault="00000000" w14:paraId="4DFC7666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Data przyjęcia:</w:t>
            </w:r>
          </w:p>
        </w:tc>
        <w:tc>
          <w:tcPr>
            <w:tcW w:w="4986" w:type="dxa"/>
            <w:tcMar/>
            <w:vAlign w:val="center"/>
          </w:tcPr>
          <w:p w:rsidR="004C5240" w:rsidRDefault="004C5240" w14:paraId="6956F654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02418DA1" w14:textId="77777777">
        <w:trPr>
          <w:trHeight w:val="539"/>
        </w:trPr>
        <w:tc>
          <w:tcPr>
            <w:tcW w:w="4986" w:type="dxa"/>
            <w:tcMar/>
            <w:vAlign w:val="center"/>
          </w:tcPr>
          <w:p w:rsidR="004C5240" w:rsidRDefault="00000000" w14:paraId="2DDFFF18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Data wypisu:</w:t>
            </w:r>
          </w:p>
        </w:tc>
        <w:tc>
          <w:tcPr>
            <w:tcW w:w="4986" w:type="dxa"/>
            <w:tcMar/>
            <w:vAlign w:val="center"/>
          </w:tcPr>
          <w:p w:rsidR="004C5240" w:rsidRDefault="004C5240" w14:paraId="0549FB7D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19235CBE" w14:textId="77777777">
        <w:trPr>
          <w:trHeight w:val="1361"/>
        </w:trPr>
        <w:tc>
          <w:tcPr>
            <w:tcW w:w="4986" w:type="dxa"/>
            <w:vMerge w:val="restart"/>
            <w:tcMar/>
            <w:vAlign w:val="center"/>
          </w:tcPr>
          <w:p w:rsidR="004C5240" w:rsidRDefault="004C5240" w14:paraId="6A9AB2C8" w14:textId="65FC7FC6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4C5240" w14:paraId="7D98EC8D" w14:textId="0BFC7468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000000" w14:paraId="4ED5A796" w14:textId="6AD5893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Potwierdzenie lekarza:</w:t>
            </w:r>
          </w:p>
          <w:p w:rsidR="004C5240" w:rsidRDefault="004C5240" w14:paraId="6BE3EF4D" w14:textId="0FEDF818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4C5240" w14:paraId="599DAFE9" w14:textId="481D2962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986" w:type="dxa"/>
            <w:tcMar/>
          </w:tcPr>
          <w:p w:rsidR="004C5240" w:rsidRDefault="004C5240" w14:paraId="59B2952E" w14:textId="45E71493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4C5240" w14:paraId="3E447363" w14:textId="4BB64E74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4C5240" w14:paraId="66C544CD" w14:textId="6D5819C8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4C5240" w14:paraId="02273373" w14:textId="7FE8772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365F39FA" w14:textId="77777777">
        <w:trPr>
          <w:trHeight w:val="300"/>
        </w:trPr>
        <w:tc>
          <w:tcPr>
            <w:tcW w:w="4986" w:type="dxa"/>
            <w:vMerge/>
            <w:tcMar/>
          </w:tcPr>
          <w:p w:rsidR="004C5240" w:rsidRDefault="004C5240" w14:paraId="58C3D293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986" w:type="dxa"/>
            <w:tcMar/>
          </w:tcPr>
          <w:p w:rsidR="004C5240" w:rsidP="690B87B5" w:rsidRDefault="00000000" w14:paraId="6FBE6C04" w14:textId="5EF300B8">
            <w:pPr>
              <w:spacing w:line="360" w:lineRule="auto"/>
              <w:jc w:val="center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Data, podpis, pieczątka</w:t>
            </w:r>
            <w:r w:rsidRPr="690B87B5" w:rsidR="356E4162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lekarza</w:t>
            </w:r>
            <w:r w:rsidRPr="690B87B5" w:rsidR="403FF47A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potwierdzającego wystąpienie hospitalizacji </w:t>
            </w:r>
          </w:p>
        </w:tc>
      </w:tr>
    </w:tbl>
    <w:p w:rsidR="004C5240" w:rsidRDefault="004C5240" w14:paraId="0A19517B" w14:textId="79EFC560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:rsidR="004C5240" w:rsidRDefault="00000000" w14:paraId="4357EA35" w14:textId="77777777">
      <w:pPr>
        <w:spacing w:line="360" w:lineRule="auto"/>
        <w:outlineLvl w:val="2"/>
      </w:pPr>
      <w:r w:rsidRPr="690B87B5" w:rsidR="00000000">
        <w:rPr>
          <w:rFonts w:ascii="Segoe UI Symbol" w:hAnsi="Segoe UI Symbol" w:cs="Segoe UI Symbol"/>
          <w:sz w:val="24"/>
          <w:szCs w:val="24"/>
        </w:rPr>
        <w:t>☐</w:t>
      </w:r>
      <w:r w:rsidRPr="690B87B5" w:rsidR="00000000">
        <w:rPr>
          <w:rFonts w:ascii="Calibri" w:hAnsi="Calibri" w:cs="Calibri" w:asciiTheme="majorAscii" w:hAnsiTheme="majorAscii" w:cstheme="majorAscii"/>
          <w:sz w:val="24"/>
          <w:szCs w:val="24"/>
        </w:rPr>
        <w:t xml:space="preserve"> </w:t>
      </w:r>
      <w:r w:rsidRPr="690B87B5" w:rsidR="00000000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B. Diagnoza co najmniej 1 wielkiego zespołu geriatrycznego </w:t>
      </w:r>
      <w:r w:rsidRPr="690B87B5" w:rsidR="00000000">
        <w:rPr>
          <w:rFonts w:ascii="Calibri" w:hAnsi="Calibri" w:cs="Calibri" w:asciiTheme="majorAscii" w:hAnsiTheme="majorAscii" w:cstheme="majorAscii"/>
          <w:sz w:val="24"/>
          <w:szCs w:val="24"/>
        </w:rPr>
        <w:t>(na podstawie dokumentacji medycznej i/lub zaświadczenia lekarskiego).</w:t>
      </w:r>
    </w:p>
    <w:p w:rsidR="2BFE5207" w:rsidP="690B87B5" w:rsidRDefault="2BFE5207" w14:paraId="5AB1A29F" w14:textId="24BB13AC">
      <w:pPr>
        <w:spacing w:line="360" w:lineRule="auto"/>
        <w:outlineLvl w:val="2"/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690B87B5" w:rsidR="2BFE5207">
        <w:rPr>
          <w:rFonts w:ascii="Calibri" w:hAnsi="Calibri" w:cs="Calibri" w:asciiTheme="majorAscii" w:hAnsiTheme="majorAscii" w:cstheme="majorAscii"/>
          <w:sz w:val="24"/>
          <w:szCs w:val="24"/>
        </w:rPr>
        <w:t>Wskazanie Wielkiego Zespołu Geriatrycznego (zaznaczyć co najmniej 1):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4. Wskazanie wielkiego zespołu geriatrycznego"/>
        <w:tblDescription w:val="Tabela z listą wielkich zespołów geriatrycznych do zaznaczenia."/>
      </w:tblPr>
      <w:tblGrid>
        <w:gridCol w:w="4712"/>
        <w:gridCol w:w="5476"/>
      </w:tblGrid>
      <w:tr w:rsidR="690B87B5" w:rsidTr="690B87B5" w14:paraId="0C72A12B">
        <w:trPr>
          <w:trHeight w:val="300"/>
        </w:trPr>
        <w:tc>
          <w:tcPr>
            <w:tcW w:w="4712" w:type="dxa"/>
            <w:tcMar/>
          </w:tcPr>
          <w:p w:rsidR="690B87B5" w:rsidP="690B87B5" w:rsidRDefault="690B87B5" w14:paraId="01278412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Upadki / zaburzenia równowagi</w:t>
            </w:r>
          </w:p>
        </w:tc>
        <w:tc>
          <w:tcPr>
            <w:tcW w:w="5476" w:type="dxa"/>
            <w:tcMar/>
          </w:tcPr>
          <w:p w:rsidR="690B87B5" w:rsidP="690B87B5" w:rsidRDefault="690B87B5" w14:paraId="781D204B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Nietrzymanie moczu i/lub stolca</w:t>
            </w:r>
          </w:p>
        </w:tc>
      </w:tr>
      <w:tr w:rsidR="690B87B5" w:rsidTr="690B87B5" w14:paraId="7682FC0B">
        <w:trPr>
          <w:trHeight w:val="300"/>
        </w:trPr>
        <w:tc>
          <w:tcPr>
            <w:tcW w:w="4712" w:type="dxa"/>
            <w:tcMar/>
          </w:tcPr>
          <w:p w:rsidR="690B87B5" w:rsidP="690B87B5" w:rsidRDefault="690B87B5" w14:paraId="1E87D009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Zaburzenia poznawcze / otępienne</w:t>
            </w:r>
          </w:p>
        </w:tc>
        <w:tc>
          <w:tcPr>
            <w:tcW w:w="5476" w:type="dxa"/>
            <w:tcMar/>
          </w:tcPr>
          <w:p w:rsidR="690B87B5" w:rsidP="690B87B5" w:rsidRDefault="690B87B5" w14:paraId="77A150CC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Zespół słabości (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frailty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)</w:t>
            </w:r>
          </w:p>
        </w:tc>
      </w:tr>
      <w:tr w:rsidR="690B87B5" w:rsidTr="690B87B5" w14:paraId="2D72AF6A">
        <w:trPr>
          <w:trHeight w:val="300"/>
        </w:trPr>
        <w:tc>
          <w:tcPr>
            <w:tcW w:w="4712" w:type="dxa"/>
            <w:tcMar/>
          </w:tcPr>
          <w:p w:rsidR="690B87B5" w:rsidP="690B87B5" w:rsidRDefault="690B87B5" w14:paraId="60FCC2FD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Wielolekowość / 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polipragmazja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(ryzyko jatrogennych powikłań)</w:t>
            </w:r>
          </w:p>
        </w:tc>
        <w:tc>
          <w:tcPr>
            <w:tcW w:w="5476" w:type="dxa"/>
            <w:tcMar/>
          </w:tcPr>
          <w:p w:rsidR="690B87B5" w:rsidP="690B87B5" w:rsidRDefault="690B87B5" w14:paraId="4B0D8CA7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Niedożywienie / ryzyko niedożywienia</w:t>
            </w:r>
          </w:p>
        </w:tc>
      </w:tr>
      <w:tr w:rsidR="690B87B5" w:rsidTr="690B87B5" w14:paraId="75B4E59C">
        <w:trPr>
          <w:trHeight w:val="300"/>
        </w:trPr>
        <w:tc>
          <w:tcPr>
            <w:tcW w:w="4712" w:type="dxa"/>
            <w:tcMar/>
          </w:tcPr>
          <w:p w:rsidR="690B87B5" w:rsidP="690B87B5" w:rsidRDefault="690B87B5" w14:paraId="68B7AA0F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Majaczenie (delirium) / nawracające stany 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splątaniowe</w:t>
            </w:r>
          </w:p>
        </w:tc>
        <w:tc>
          <w:tcPr>
            <w:tcW w:w="5476" w:type="dxa"/>
            <w:tcMar/>
          </w:tcPr>
          <w:p w:rsidR="690B87B5" w:rsidP="690B87B5" w:rsidRDefault="690B87B5" w14:paraId="40054518" w14:textId="43C1B31E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Inne (jakie?): ___________________________________________</w:t>
            </w:r>
          </w:p>
        </w:tc>
      </w:tr>
    </w:tbl>
    <w:p w:rsidR="690B87B5" w:rsidP="690B87B5" w:rsidRDefault="690B87B5" w14:paraId="670D5602" w14:textId="2E0274DE">
      <w:pPr>
        <w:spacing w:line="360" w:lineRule="auto"/>
        <w:outlineLvl w:val="2"/>
        <w:rPr>
          <w:rFonts w:ascii="Calibri" w:hAnsi="Calibri" w:cs="Calibri" w:asciiTheme="majorAscii" w:hAnsiTheme="majorAscii" w:cstheme="majorAscii"/>
          <w:sz w:val="24"/>
          <w:szCs w:val="24"/>
        </w:rPr>
      </w:pPr>
    </w:p>
    <w:tbl>
      <w:tblPr>
        <w:tblStyle w:val="Tabela-Siatka"/>
        <w:tblW w:w="9972" w:type="dxa"/>
        <w:tblLook w:val="04A0" w:firstRow="1" w:lastRow="0" w:firstColumn="1" w:lastColumn="0" w:noHBand="0" w:noVBand="1"/>
        <w:tblCaption w:val="Tabela 3. Dane diagnozy wielkiego zespołu geriatrycznego"/>
        <w:tblDescription w:val="Tabela formularza dotycząca diagnozy, dokumentów potwierdzających oraz potwierdzenia lekarza."/>
      </w:tblPr>
      <w:tblGrid>
        <w:gridCol w:w="3600"/>
        <w:gridCol w:w="6372"/>
      </w:tblGrid>
      <w:tr w:rsidR="690B87B5" w:rsidTr="690B87B5" w14:paraId="34E03B08">
        <w:trPr>
          <w:trHeight w:val="300"/>
        </w:trPr>
        <w:tc>
          <w:tcPr>
            <w:tcW w:w="3600" w:type="dxa"/>
            <w:tcMar/>
          </w:tcPr>
          <w:p w:rsidR="690B87B5" w:rsidP="690B87B5" w:rsidRDefault="690B87B5" w14:paraId="327983C0" w14:textId="357C5323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Dokumenty potwierdzające:</w:t>
            </w:r>
          </w:p>
        </w:tc>
        <w:tc>
          <w:tcPr>
            <w:tcW w:w="6372" w:type="dxa"/>
            <w:tcMar/>
          </w:tcPr>
          <w:p w:rsidR="690B87B5" w:rsidP="690B87B5" w:rsidRDefault="690B87B5" w14:paraId="4061CE0F" w14:textId="3DCD073E">
            <w:pPr>
              <w:spacing w:line="360" w:lineRule="auto"/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</w:t>
            </w:r>
            <w:r w:rsidRPr="690B87B5" w:rsidR="682E109D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Okazane z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aświadczenie lekarskie</w:t>
            </w:r>
            <w:r w:rsidRPr="690B87B5" w:rsidR="4BB14183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poradni specjalistycznej 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  </w:t>
            </w:r>
          </w:p>
          <w:p w:rsidR="690B87B5" w:rsidP="690B87B5" w:rsidRDefault="690B87B5" w14:paraId="5278D66D" w14:textId="3D9E28C4">
            <w:pPr>
              <w:spacing w:line="360" w:lineRule="auto"/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Dokumentacja medyczna (np. wypis, karta z 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poradni)   </w:t>
            </w:r>
          </w:p>
          <w:p w:rsidR="5765CD67" w:rsidP="690B87B5" w:rsidRDefault="5765CD67" w14:paraId="780923EF" w14:textId="42041D2D">
            <w:pPr>
              <w:pStyle w:val="Normalny"/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5765CD67">
              <w:rPr>
                <w:rFonts w:ascii="Segoe UI Symbol" w:hAnsi="Segoe UI Symbol" w:cs="Segoe UI Symbol"/>
                <w:sz w:val="24"/>
                <w:szCs w:val="24"/>
              </w:rPr>
              <w:t>☐ Diagnoza własna</w:t>
            </w:r>
          </w:p>
          <w:p w:rsidR="690B87B5" w:rsidP="690B87B5" w:rsidRDefault="690B87B5" w14:paraId="6AEF2389" w14:textId="735BE6C1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690B87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690B87B5" w:rsidR="690B87B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Inne: ____________</w:t>
            </w:r>
          </w:p>
        </w:tc>
      </w:tr>
      <w:tr w:rsidR="004C5240" w:rsidTr="690B87B5" w14:paraId="57DE8B9D" w14:textId="77777777">
        <w:tc>
          <w:tcPr>
            <w:tcW w:w="3600" w:type="dxa"/>
            <w:tcMar/>
          </w:tcPr>
          <w:p w:rsidR="004C5240" w:rsidP="690B87B5" w:rsidRDefault="00000000" w14:paraId="1EC0BAAA" w14:textId="7C82894A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20D35B3A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Nazwa p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odmiot</w:t>
            </w:r>
            <w:r w:rsidRPr="690B87B5" w:rsidR="3DDB163C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u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/ poradni / oddział</w:t>
            </w:r>
            <w:r w:rsidRPr="690B87B5" w:rsidR="1F579D1A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u wystawiającego diagnozę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(jeśli dotyczy):</w:t>
            </w:r>
          </w:p>
        </w:tc>
        <w:tc>
          <w:tcPr>
            <w:tcW w:w="6372" w:type="dxa"/>
            <w:tcMar/>
          </w:tcPr>
          <w:p w:rsidR="004C5240" w:rsidRDefault="004C5240" w14:paraId="62C5C334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5883293D" w14:textId="77777777">
        <w:tc>
          <w:tcPr>
            <w:tcW w:w="3600" w:type="dxa"/>
            <w:tcMar/>
          </w:tcPr>
          <w:p w:rsidR="004C5240" w:rsidRDefault="00000000" w14:paraId="0F9EEB31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Data rozpoznania / data dokumentu:</w:t>
            </w:r>
          </w:p>
        </w:tc>
        <w:tc>
          <w:tcPr>
            <w:tcW w:w="6372" w:type="dxa"/>
            <w:tcMar/>
          </w:tcPr>
          <w:p w:rsidR="004C5240" w:rsidRDefault="004C5240" w14:paraId="5EB17284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31334807" w14:textId="77777777">
        <w:trPr>
          <w:trHeight w:val="300"/>
        </w:trPr>
        <w:tc>
          <w:tcPr>
            <w:tcW w:w="3600" w:type="dxa"/>
            <w:vMerge w:val="restart"/>
            <w:tcMar/>
          </w:tcPr>
          <w:p w:rsidR="004C5240" w:rsidRDefault="004C5240" w14:paraId="5FC39950" w14:textId="7895A732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4C5240" w14:paraId="06C2026D" w14:textId="331EB0B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000000" w14:paraId="22735EFE" w14:textId="029C3269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Potwierdzenie lekarza:</w:t>
            </w:r>
          </w:p>
        </w:tc>
        <w:tc>
          <w:tcPr>
            <w:tcW w:w="6372" w:type="dxa"/>
            <w:tcMar/>
          </w:tcPr>
          <w:p w:rsidR="004C5240" w:rsidRDefault="004C5240" w14:paraId="33DF96CC" w14:textId="518916B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P="690B87B5" w:rsidRDefault="004C5240" w14:paraId="3E1C0D16" w14:textId="772CCEE2">
            <w:pPr>
              <w:pStyle w:val="Normalny"/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</w:p>
          <w:p w:rsidR="004C5240" w:rsidRDefault="004C5240" w14:paraId="4DD5FAF3" w14:textId="7C9EC34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43891437" w14:textId="77777777">
        <w:trPr>
          <w:trHeight w:val="300"/>
        </w:trPr>
        <w:tc>
          <w:tcPr>
            <w:tcW w:w="3600" w:type="dxa"/>
            <w:vMerge/>
            <w:tcMar/>
          </w:tcPr>
          <w:p w:rsidR="004C5240" w:rsidRDefault="004C5240" w14:paraId="31EC5B35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372" w:type="dxa"/>
            <w:tcMar/>
          </w:tcPr>
          <w:p w:rsidR="004C5240" w:rsidP="690B87B5" w:rsidRDefault="00000000" w14:paraId="1A127AE0" w14:textId="7BD5B816">
            <w:pPr>
              <w:spacing w:line="360" w:lineRule="auto"/>
              <w:jc w:val="center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Data, podpis, pieczątka</w:t>
            </w:r>
            <w:r w:rsidRPr="690B87B5" w:rsidR="242F3C02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 lekarza potwierdzającego diagnozę min 1 zespołu geriatrycznego </w:t>
            </w:r>
          </w:p>
        </w:tc>
      </w:tr>
    </w:tbl>
    <w:p w:rsidR="004C5240" w:rsidRDefault="00000000" w14:paraId="4F6A32DE" w14:textId="2010775B">
      <w:pPr>
        <w:spacing w:line="360" w:lineRule="auto"/>
        <w:outlineLvl w:val="1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3. Oświadczenie uczestnika</w:t>
      </w:r>
    </w:p>
    <w:p w:rsidR="004C5240" w:rsidRDefault="00000000" w14:paraId="131E0B82" w14:textId="0D09CCCA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Oświadczam, że dostarczone zaświadczenie jest zgodne z dokumentacją medyczną, a informacje podane w niniejszym załączniku są prawdziwe.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5. Oświadczenie uczestnika"/>
        <w:tblDescription w:val="Tabela z miejscem na miejscowość i datę oraz czytelny podpis uczestnika."/>
      </w:tblPr>
      <w:tblGrid>
        <w:gridCol w:w="4986"/>
        <w:gridCol w:w="4986"/>
      </w:tblGrid>
      <w:tr w:rsidR="004C5240" w:rsidTr="690B87B5" w14:paraId="07DD3B69" w14:textId="77777777">
        <w:tc>
          <w:tcPr>
            <w:tcW w:w="4986" w:type="dxa"/>
            <w:tcMar/>
          </w:tcPr>
          <w:p w:rsidR="004C5240" w:rsidRDefault="00000000" w14:paraId="3063E02F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Miejscowość i data:</w:t>
            </w:r>
          </w:p>
          <w:p w:rsidR="009958DE" w:rsidRDefault="009958DE" w14:paraId="627A56C3" w14:textId="09CA5DDA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986" w:type="dxa"/>
            <w:tcMar/>
          </w:tcPr>
          <w:p w:rsidR="004C5240" w:rsidRDefault="004C5240" w14:paraId="0A5F5F71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4820EA72" w14:textId="77777777">
        <w:tc>
          <w:tcPr>
            <w:tcW w:w="4986" w:type="dxa"/>
            <w:tcMar/>
          </w:tcPr>
          <w:p w:rsidR="004C5240" w:rsidRDefault="00000000" w14:paraId="6FE1508C" w14:textId="1791928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Czytelny podpis uczestnika:</w:t>
            </w:r>
          </w:p>
          <w:p w:rsidR="004C5240" w:rsidRDefault="004C5240" w14:paraId="4D3CD7F4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986" w:type="dxa"/>
            <w:tcMar/>
          </w:tcPr>
          <w:p w:rsidR="004C5240" w:rsidRDefault="004C5240" w14:paraId="29A0DA0F" w14:textId="2DBDDB0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C5240" w:rsidRDefault="004C5240" w14:paraId="323576F2" w14:textId="6038E2AC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4C5240" w:rsidRDefault="00000000" w14:paraId="6A0D27AA" w14:textId="77777777">
      <w:pPr>
        <w:spacing w:line="360" w:lineRule="auto"/>
        <w:outlineLvl w:val="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 Weryfikacja kryterium przez Beneficjenta / Komisję rekrutacyjną</w:t>
      </w:r>
    </w:p>
    <w:p w:rsidR="004C5240" w:rsidRDefault="00000000" w14:paraId="15B78F89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 podstawie przedłożonej dokumentacji medycznej potwierdzam spełnienie kryterium kwalifikowalności w zakresie hospitalizacji ≤ 6 miesięcy lub diagnozy co najmniej 1 wielkiego zespołu geriatrycznego.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6. Weryfikacja kryterium przez Beneficjenta lub Komisję rekrutacyjną"/>
        <w:tblDescription w:val="Tabela z polami weryfikacji kryterium: spełnione TAK/NIE, data, imię i nazwisko osoby weryfikującej, stanowisko lub rola w projekcie oraz podpis."/>
      </w:tblPr>
      <w:tblGrid>
        <w:gridCol w:w="4986"/>
        <w:gridCol w:w="4986"/>
      </w:tblGrid>
      <w:tr w:rsidR="004C5240" w:rsidTr="690B87B5" w14:paraId="0B240A6B" w14:textId="77777777">
        <w:tc>
          <w:tcPr>
            <w:tcW w:w="4986" w:type="dxa"/>
            <w:tcMar/>
          </w:tcPr>
          <w:p w:rsidR="004C5240" w:rsidRDefault="00000000" w14:paraId="3E0A2807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Kryterium spełnione:</w:t>
            </w:r>
          </w:p>
        </w:tc>
        <w:tc>
          <w:tcPr>
            <w:tcW w:w="4986" w:type="dxa"/>
            <w:tcMar/>
          </w:tcPr>
          <w:p w:rsidR="004C5240" w:rsidRDefault="00000000" w14:paraId="26AE634B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TAK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NIE</w:t>
            </w:r>
          </w:p>
        </w:tc>
      </w:tr>
      <w:tr w:rsidR="004C5240" w:rsidTr="690B87B5" w14:paraId="3B695819" w14:textId="77777777">
        <w:tc>
          <w:tcPr>
            <w:tcW w:w="4986" w:type="dxa"/>
            <w:tcMar/>
          </w:tcPr>
          <w:p w:rsidR="004C5240" w:rsidP="690B87B5" w:rsidRDefault="004C5240" w14:paraId="00B05A01" w14:textId="29338830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Data weryfikacji:</w:t>
            </w:r>
          </w:p>
        </w:tc>
        <w:tc>
          <w:tcPr>
            <w:tcW w:w="4986" w:type="dxa"/>
            <w:tcMar/>
          </w:tcPr>
          <w:p w:rsidR="004C5240" w:rsidRDefault="004C5240" w14:paraId="08799582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77768F1B" w14:textId="77777777">
        <w:tc>
          <w:tcPr>
            <w:tcW w:w="4986" w:type="dxa"/>
            <w:tcMar/>
          </w:tcPr>
          <w:p w:rsidR="004C5240" w:rsidP="690B87B5" w:rsidRDefault="004C5240" w14:paraId="53657B14" w14:textId="5A141FF2">
            <w:pPr>
              <w:pStyle w:val="Normalny"/>
              <w:spacing w:line="360" w:lineRule="auto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Imię i nazwisko osoby weryfikującej</w:t>
            </w:r>
            <w:r w:rsidRPr="690B87B5" w:rsidR="6CB9B15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, </w:t>
            </w:r>
            <w:r w:rsidRPr="690B87B5" w:rsidR="6CB9B155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Stanowisko / rola w projekcie</w:t>
            </w: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>:</w:t>
            </w:r>
          </w:p>
        </w:tc>
        <w:tc>
          <w:tcPr>
            <w:tcW w:w="4986" w:type="dxa"/>
            <w:tcMar/>
          </w:tcPr>
          <w:p w:rsidR="004C5240" w:rsidRDefault="004C5240" w14:paraId="772F9510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C5240" w:rsidTr="690B87B5" w14:paraId="11827661" w14:textId="77777777">
        <w:tc>
          <w:tcPr>
            <w:tcW w:w="4986" w:type="dxa"/>
            <w:tcMar/>
          </w:tcPr>
          <w:p w:rsidR="004C5240" w:rsidRDefault="004C5240" w14:paraId="5858BB0F" w14:textId="3C685F3A">
            <w:pPr>
              <w:spacing w:line="360" w:lineRule="auto"/>
            </w:pPr>
            <w:r w:rsidRPr="690B87B5" w:rsidR="00000000"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  <w:t xml:space="preserve">Podpis </w:t>
            </w:r>
          </w:p>
        </w:tc>
        <w:tc>
          <w:tcPr>
            <w:tcW w:w="4986" w:type="dxa"/>
            <w:tcMar/>
          </w:tcPr>
          <w:p w:rsidR="004C5240" w:rsidRDefault="004C5240" w14:paraId="5F0D04EA" w14:textId="7777777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4C5240" w:rsidRDefault="004C5240" w14:paraId="550413E5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4C52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134" w:right="1134" w:bottom="1800" w:left="1134" w:header="34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297" w:rsidP="00F25D60" w:rsidRDefault="00093297" w14:paraId="763012A8" w14:textId="77777777">
      <w:pPr>
        <w:spacing w:after="0" w:line="240" w:lineRule="auto"/>
      </w:pPr>
      <w:r>
        <w:separator/>
      </w:r>
    </w:p>
  </w:endnote>
  <w:endnote w:type="continuationSeparator" w:id="0">
    <w:p w:rsidR="00093297" w:rsidP="00F25D60" w:rsidRDefault="00093297" w14:paraId="5AE67C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D0" w:rsidRDefault="00A011D0" w14:paraId="1DC0E707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240" w:rsidRDefault="00000000" w14:paraId="6DF01813" w14:textId="594B57B7">
    <w:pPr>
      <w:spacing w:after="0" w:line="240" w:lineRule="auto"/>
      <w:jc w:val="center"/>
      <w:rPr>
        <w:sz w:val="20"/>
        <w:szCs w:val="20"/>
      </w:rPr>
    </w:pPr>
    <w:bookmarkStart w:name="_Hlk182916159" w:id="0"/>
    <w:bookmarkStart w:name="_Hlk182916160" w:id="1"/>
    <w:r>
      <w:rPr>
        <w:sz w:val="20"/>
        <w:szCs w:val="20"/>
      </w:rPr>
      <w:t>Projekt „Środowiskowa opieka długoterminowa dla osób starszych z terenu miasta Katowice oraz Sosnowiec” jest współfinansowany ze środków Unii Europejskiej w ramach Europejskiego Funduszu Społecznego</w:t>
    </w:r>
    <w:r w:rsidR="00A011D0">
      <w:rPr>
        <w:sz w:val="20"/>
        <w:szCs w:val="20"/>
      </w:rPr>
      <w:t>+</w:t>
    </w:r>
    <w:r>
      <w:rPr>
        <w:sz w:val="20"/>
        <w:szCs w:val="20"/>
      </w:rPr>
      <w:t>.</w:t>
    </w:r>
    <w:r>
      <w:br/>
    </w:r>
    <w:r>
      <w:rPr>
        <w:sz w:val="20"/>
        <w:szCs w:val="20"/>
      </w:rPr>
      <w:t xml:space="preserve">Biuro Projektu: EMC Silesia sp. z o.o. | Centrum Badawczo-Rozwojowe | ul. Morawa 31 | 40-353 Katowice, Budynek A, </w:t>
    </w:r>
    <w:proofErr w:type="spellStart"/>
    <w:r>
      <w:rPr>
        <w:sz w:val="20"/>
        <w:szCs w:val="20"/>
      </w:rPr>
      <w:t>IIp</w:t>
    </w:r>
    <w:proofErr w:type="spellEnd"/>
    <w:r>
      <w:rPr>
        <w:sz w:val="20"/>
        <w:szCs w:val="20"/>
      </w:rPr>
      <w:t xml:space="preserve">. | tel. </w:t>
    </w:r>
    <w:r>
      <w:rPr>
        <w:rFonts w:cs="Calibri"/>
        <w:color w:val="000000" w:themeColor="text1"/>
        <w:sz w:val="19"/>
        <w:szCs w:val="19"/>
      </w:rPr>
      <w:t>32 7638961</w:t>
    </w:r>
    <w:r>
      <w:rPr>
        <w:rFonts w:cs="Calibri"/>
        <w:sz w:val="20"/>
        <w:szCs w:val="20"/>
      </w:rPr>
      <w:t xml:space="preserve"> </w:t>
    </w:r>
    <w:r>
      <w:rPr>
        <w:sz w:val="20"/>
        <w:szCs w:val="20"/>
      </w:rPr>
      <w:t>| e-mail: katowice@emc-sa.pl | www.katowice.emc-sa.pl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D0" w:rsidRDefault="00A011D0" w14:paraId="518E4073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297" w:rsidP="00F25D60" w:rsidRDefault="00093297" w14:paraId="02A61C94" w14:textId="77777777">
      <w:pPr>
        <w:spacing w:after="0" w:line="240" w:lineRule="auto"/>
      </w:pPr>
      <w:r>
        <w:separator/>
      </w:r>
    </w:p>
  </w:footnote>
  <w:footnote w:type="continuationSeparator" w:id="0">
    <w:p w:rsidR="00093297" w:rsidP="00F25D60" w:rsidRDefault="00093297" w14:paraId="3F0EF76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D0" w:rsidRDefault="00A011D0" w14:paraId="1DBA616E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C5240" w:rsidRDefault="00000000" w14:paraId="3CDC633D" w14:textId="71463A2A">
    <w:pPr>
      <w:pStyle w:val="Nagwek"/>
      <w:jc w:val="center"/>
    </w:pPr>
    <w:r>
      <w:rPr>
        <w:noProof/>
      </w:rPr>
      <w:drawing>
        <wp:inline distT="0" distB="0" distL="0" distR="0" wp14:anchorId="3B006A72" wp14:editId="1A006DBC">
          <wp:extent cx="5760720" cy="793750"/>
          <wp:effectExtent l="0" t="0" r="0" b="6350"/>
          <wp:docPr id="680967565" name="Obraz 1" descr="Obraz zawierający logotypy: Fundusze Europejskie, Dofinansowane przez Unię Europejską oraz Województwo Śląskie" title="Logotypy projek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logotypy: Fundusze Europejskie, Dofinansowane przez Unię Europejską oraz Województwo Śląskie" title="Logotypy projekt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5240" w:rsidRDefault="004C5240" w14:paraId="4D3EB57F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D0" w:rsidRDefault="00A011D0" w14:paraId="1D698401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360012420">
    <w:abstractNumId w:val="8"/>
  </w:num>
  <w:num w:numId="2" w16cid:durableId="1760447222">
    <w:abstractNumId w:val="6"/>
  </w:num>
  <w:num w:numId="3" w16cid:durableId="2027553851">
    <w:abstractNumId w:val="5"/>
  </w:num>
  <w:num w:numId="4" w16cid:durableId="1194005100">
    <w:abstractNumId w:val="4"/>
  </w:num>
  <w:num w:numId="5" w16cid:durableId="1351639065">
    <w:abstractNumId w:val="7"/>
  </w:num>
  <w:num w:numId="6" w16cid:durableId="1500190709">
    <w:abstractNumId w:val="3"/>
  </w:num>
  <w:num w:numId="7" w16cid:durableId="18702640">
    <w:abstractNumId w:val="2"/>
  </w:num>
  <w:num w:numId="8" w16cid:durableId="2022537609">
    <w:abstractNumId w:val="1"/>
  </w:num>
  <w:num w:numId="9" w16cid:durableId="88961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12CCD"/>
    <w:rsid w:val="00034616"/>
    <w:rsid w:val="0006063C"/>
    <w:rsid w:val="00093297"/>
    <w:rsid w:val="0015074B"/>
    <w:rsid w:val="0029639D"/>
    <w:rsid w:val="002B2741"/>
    <w:rsid w:val="00326F90"/>
    <w:rsid w:val="00400693"/>
    <w:rsid w:val="00423F99"/>
    <w:rsid w:val="004C5240"/>
    <w:rsid w:val="006776AD"/>
    <w:rsid w:val="007E4275"/>
    <w:rsid w:val="0095404E"/>
    <w:rsid w:val="00973E84"/>
    <w:rsid w:val="009958DE"/>
    <w:rsid w:val="009D43FB"/>
    <w:rsid w:val="00A011D0"/>
    <w:rsid w:val="00A62BE1"/>
    <w:rsid w:val="00AA1D8D"/>
    <w:rsid w:val="00AB628F"/>
    <w:rsid w:val="00AD1A5F"/>
    <w:rsid w:val="00B47730"/>
    <w:rsid w:val="00BE708A"/>
    <w:rsid w:val="00CA41EF"/>
    <w:rsid w:val="00CB0664"/>
    <w:rsid w:val="00CF285B"/>
    <w:rsid w:val="00D95C75"/>
    <w:rsid w:val="00DA1815"/>
    <w:rsid w:val="00E75CF4"/>
    <w:rsid w:val="00E8532B"/>
    <w:rsid w:val="00E97557"/>
    <w:rsid w:val="00EB3988"/>
    <w:rsid w:val="00F25D60"/>
    <w:rsid w:val="00FB0A6E"/>
    <w:rsid w:val="00FC693F"/>
    <w:rsid w:val="00FE13AD"/>
    <w:rsid w:val="0196B0C7"/>
    <w:rsid w:val="0302767A"/>
    <w:rsid w:val="059B629E"/>
    <w:rsid w:val="06933C73"/>
    <w:rsid w:val="0A1BE0EC"/>
    <w:rsid w:val="0BD24EB0"/>
    <w:rsid w:val="0C399D8C"/>
    <w:rsid w:val="0E6E9BFF"/>
    <w:rsid w:val="1073ACA6"/>
    <w:rsid w:val="140BB61F"/>
    <w:rsid w:val="16C66FC4"/>
    <w:rsid w:val="1ACF6C37"/>
    <w:rsid w:val="1AFF548C"/>
    <w:rsid w:val="1BDBE1D8"/>
    <w:rsid w:val="1CADE0CD"/>
    <w:rsid w:val="1EC96C98"/>
    <w:rsid w:val="1F579D1A"/>
    <w:rsid w:val="20D35B3A"/>
    <w:rsid w:val="22E5B18A"/>
    <w:rsid w:val="22E5B18A"/>
    <w:rsid w:val="23E3074C"/>
    <w:rsid w:val="242F3C02"/>
    <w:rsid w:val="2438D366"/>
    <w:rsid w:val="24B8B0E3"/>
    <w:rsid w:val="2529D5B0"/>
    <w:rsid w:val="29B4B835"/>
    <w:rsid w:val="2A8A3397"/>
    <w:rsid w:val="2BFE5207"/>
    <w:rsid w:val="2CFD21E2"/>
    <w:rsid w:val="2FC80006"/>
    <w:rsid w:val="3023269C"/>
    <w:rsid w:val="304683AA"/>
    <w:rsid w:val="304CD677"/>
    <w:rsid w:val="30F1F783"/>
    <w:rsid w:val="3190DAC8"/>
    <w:rsid w:val="3194DD46"/>
    <w:rsid w:val="356E4162"/>
    <w:rsid w:val="36990D48"/>
    <w:rsid w:val="370A6ED1"/>
    <w:rsid w:val="3BB3C89A"/>
    <w:rsid w:val="3CE05985"/>
    <w:rsid w:val="3CE05985"/>
    <w:rsid w:val="3D2A6426"/>
    <w:rsid w:val="3D2A6426"/>
    <w:rsid w:val="3DDB163C"/>
    <w:rsid w:val="3E2D76F7"/>
    <w:rsid w:val="403FF47A"/>
    <w:rsid w:val="406DFBB1"/>
    <w:rsid w:val="40B3F618"/>
    <w:rsid w:val="42B5114E"/>
    <w:rsid w:val="441A7A34"/>
    <w:rsid w:val="441C773E"/>
    <w:rsid w:val="4434431D"/>
    <w:rsid w:val="451548AF"/>
    <w:rsid w:val="45F7BDB7"/>
    <w:rsid w:val="485A0709"/>
    <w:rsid w:val="4883BE51"/>
    <w:rsid w:val="48BF6AE9"/>
    <w:rsid w:val="499E31D8"/>
    <w:rsid w:val="4BB14183"/>
    <w:rsid w:val="4BBE9D87"/>
    <w:rsid w:val="4DF5372E"/>
    <w:rsid w:val="4EF849F5"/>
    <w:rsid w:val="4F193FE2"/>
    <w:rsid w:val="4F193FE2"/>
    <w:rsid w:val="4FB198A0"/>
    <w:rsid w:val="4FB54EAA"/>
    <w:rsid w:val="503DF990"/>
    <w:rsid w:val="50823451"/>
    <w:rsid w:val="5166BB38"/>
    <w:rsid w:val="51D8CFD7"/>
    <w:rsid w:val="53F5D6E0"/>
    <w:rsid w:val="5491036B"/>
    <w:rsid w:val="5765CD67"/>
    <w:rsid w:val="5EC268FB"/>
    <w:rsid w:val="605DE28E"/>
    <w:rsid w:val="629861F6"/>
    <w:rsid w:val="640B92F6"/>
    <w:rsid w:val="682E109D"/>
    <w:rsid w:val="6895F50E"/>
    <w:rsid w:val="68E6FA20"/>
    <w:rsid w:val="690B87B5"/>
    <w:rsid w:val="6A0BB946"/>
    <w:rsid w:val="6AB6AC20"/>
    <w:rsid w:val="6BBA7D52"/>
    <w:rsid w:val="6CB9B155"/>
    <w:rsid w:val="6DD497D4"/>
    <w:rsid w:val="76BB06FD"/>
    <w:rsid w:val="7954FC6D"/>
    <w:rsid w:val="79B87EA4"/>
    <w:rsid w:val="7A7B2220"/>
    <w:rsid w:val="7B7F1198"/>
    <w:rsid w:val="7C1ED02E"/>
    <w:rsid w:val="7C96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7641E"/>
  <w14:defaultImageDpi w14:val="300"/>
  <w15:docId w15:val="{F44769B8-8D12-4B86-8E03-016267C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  <w:rPr>
      <w:rFonts w:ascii="Calibri" w:hAnsi="Calibri" w:eastAsia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  <w:rPr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  <w:rPr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pl-PL" w:eastAsia="pl-PL" w:bidi="pl-PL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  <w:rPr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  <w:rPr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  <w:lang w:val="pl-PL" w:eastAsia="pl-PL" w:bidi="pl-PL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  <w:lang w:val="pl-PL" w:eastAsia="pl-PL" w:bidi="pl-PL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  <w:lang w:val="pl-PL" w:eastAsia="pl-PL" w:bidi="pl-PL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  <w:lang w:val="pl-PL" w:eastAsia="pl-PL" w:bidi="pl-PL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lang w:val="pl-PL" w:eastAsia="pl-PL" w:bidi="pl-PL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  <w:lang w:val="pl-PL" w:eastAsia="pl-PL" w:bidi="pl-PL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Col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Col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Col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Col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Col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Col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Col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lastRow">
      <w:tblPr/>
      <w:tcPr>
        <w:tcBorders>
          <w:top w:val="single" w:color="404040" w:themeColor="text1" w:themeTint="BF" w:sz="18" w:space="0"/>
        </w:tcBorders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lastRow">
      <w:tblPr/>
      <w:tcPr>
        <w:tcBorders>
          <w:top w:val="single" w:color="7BA0CD" w:themeColor="accent1" w:themeTint="BF" w:sz="18" w:space="0"/>
        </w:tcBorders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color="CF7B79" w:themeColor="accent2" w:themeTint="BF" w:sz="18" w:space="0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lastRow">
      <w:tblPr/>
      <w:tcPr>
        <w:tcBorders>
          <w:top w:val="single" w:color="B3CC82" w:themeColor="accent3" w:themeTint="BF" w:sz="18" w:space="0"/>
        </w:tcBorders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lastRow">
      <w:tblPr/>
      <w:tcPr>
        <w:tcBorders>
          <w:top w:val="single" w:color="9F8AB9" w:themeColor="accent4" w:themeTint="BF" w:sz="18" w:space="0"/>
        </w:tcBorders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lastRow">
      <w:tblPr/>
      <w:tcPr>
        <w:tcBorders>
          <w:top w:val="single" w:color="78C0D4" w:themeColor="accent5" w:themeTint="BF" w:sz="18" w:space="0"/>
        </w:tcBorders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lastRow">
      <w:tblPr/>
      <w:tcPr>
        <w:tcBorders>
          <w:top w:val="single" w:color="F9B074" w:themeColor="accent6" w:themeTint="BF" w:sz="18" w:space="0"/>
        </w:tcBorders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93a13-1157-4a37-ae32-89c12672d550" xsi:nil="true"/>
    <lcf76f155ced4ddcb4097134ff3c332f xmlns="276b766e-250e-439d-b09b-e0bd7c67fa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5AD344129C0498C140399EE43BECE" ma:contentTypeVersion="11" ma:contentTypeDescription="Utwórz nowy dokument." ma:contentTypeScope="" ma:versionID="cdb63ac09553bd036edac422f42b6d82">
  <xsd:schema xmlns:xsd="http://www.w3.org/2001/XMLSchema" xmlns:xs="http://www.w3.org/2001/XMLSchema" xmlns:p="http://schemas.microsoft.com/office/2006/metadata/properties" xmlns:ns2="276b766e-250e-439d-b09b-e0bd7c67fa2e" xmlns:ns3="37c93a13-1157-4a37-ae32-89c12672d550" targetNamespace="http://schemas.microsoft.com/office/2006/metadata/properties" ma:root="true" ma:fieldsID="8c96ea623d7a7942354a7464f56e2787" ns2:_="" ns3:_="">
    <xsd:import namespace="276b766e-250e-439d-b09b-e0bd7c67fa2e"/>
    <xsd:import namespace="37c93a13-1157-4a37-ae32-89c12672d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b766e-250e-439d-b09b-e0bd7c67f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3a13-1157-4a37-ae32-89c12672d5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0887ad-a060-43c5-8eff-76d52798665a}" ma:internalName="TaxCatchAll" ma:showField="CatchAllData" ma:web="37c93a13-1157-4a37-ae32-89c12672d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3546F9-142F-4449-8A16-E2F138518D3B}">
  <ds:schemaRefs>
    <ds:schemaRef ds:uri="http://schemas.microsoft.com/office/2006/metadata/properties"/>
    <ds:schemaRef ds:uri="http://schemas.microsoft.com/office/infopath/2007/PartnerControls"/>
    <ds:schemaRef ds:uri="37c93a13-1157-4a37-ae32-89c12672d550"/>
    <ds:schemaRef ds:uri="276b766e-250e-439d-b09b-e0bd7c67fa2e"/>
  </ds:schemaRefs>
</ds:datastoreItem>
</file>

<file path=customXml/itemProps3.xml><?xml version="1.0" encoding="utf-8"?>
<ds:datastoreItem xmlns:ds="http://schemas.openxmlformats.org/officeDocument/2006/customXml" ds:itemID="{C08900AA-D783-448E-8404-248A17533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F93D6F-5396-456F-A1CF-E609258A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b766e-250e-439d-b09b-e0bd7c67fa2e"/>
    <ds:schemaRef ds:uri="37c93a13-1157-4a37-ae32-89c12672d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Potwierdzenie epizodu hospitalizacji lub diagnozy co najmniej 1 Wielkiego Zespołu Geriatrycznego</dc:title>
  <dc:subject>Dostępny cyfrowo załącznik nr 3</dc:subject>
  <dc:creator/>
  <keywords/>
  <dc:description>Dokument przygotowany z uwzględnieniem dostępności cyfrowej DOCX, bez zmiany widocznej treści.</dc:description>
  <lastModifiedBy>Anna Brzęska-Mikoda</lastModifiedBy>
  <revision>16</revision>
  <dcterms:created xsi:type="dcterms:W3CDTF">2013-12-23T23:15:00.0000000Z</dcterms:created>
  <dcterms:modified xsi:type="dcterms:W3CDTF">2026-07-23T11:40:34.8641174Z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0x010100BAA5AD344129C0498C140399EE43BECE</vt:lpwstr>
  </property>
  <property fmtid="{D5CDD505-2E9C-101B-9397-08002B2CF9AE}" pid="3" name="MediaServiceImageTags">
    <vt:lpwstr/>
  </property>
</Properties>
</file>