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3D73" w:rsidR="00F25D60" w:rsidP="003E2199" w:rsidRDefault="60DBC8D0" w14:paraId="6A8F3A2B" w14:textId="611A89C1">
      <w:pPr>
        <w:spacing w:after="0" w:line="360" w:lineRule="auto"/>
        <w:rPr>
          <w:rFonts w:eastAsia="Times New Roman"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eastAsia="Times New Roman" w:asciiTheme="majorHAnsi" w:hAnsiTheme="majorHAnsi" w:cstheme="majorHAnsi"/>
          <w:color w:val="000000" w:themeColor="text1"/>
          <w:sz w:val="24"/>
          <w:szCs w:val="24"/>
        </w:rPr>
        <w:t xml:space="preserve">Załącznik nr </w:t>
      </w:r>
      <w:r w:rsidRPr="00673D73" w:rsidR="4D5D8910">
        <w:rPr>
          <w:rFonts w:eastAsia="Times New Roman" w:asciiTheme="majorHAnsi" w:hAnsiTheme="majorHAnsi" w:cstheme="majorHAnsi"/>
          <w:color w:val="000000" w:themeColor="text1"/>
          <w:sz w:val="24"/>
          <w:szCs w:val="24"/>
        </w:rPr>
        <w:t>5</w:t>
      </w:r>
      <w:r w:rsidRPr="00673D73">
        <w:rPr>
          <w:rFonts w:eastAsia="Times New Roman" w:asciiTheme="majorHAnsi" w:hAnsiTheme="majorHAnsi" w:cstheme="majorHAnsi"/>
          <w:color w:val="000000" w:themeColor="text1"/>
          <w:sz w:val="24"/>
          <w:szCs w:val="24"/>
        </w:rPr>
        <w:t xml:space="preserve"> do Regulaminu rekrutacji i uczestnictwa w projekcie „Środowiskowa opieka długoterminowa dla osób starszych z terenu miasta Katowice oraz Sosnowiec”.</w:t>
      </w:r>
    </w:p>
    <w:p w:rsidRPr="00673D73" w:rsidR="4BA3E26A" w:rsidP="003E2199" w:rsidRDefault="4BA3E26A" w14:paraId="53FCBBEF" w14:textId="68A3A016">
      <w:pPr>
        <w:pStyle w:val="Nagwek1"/>
        <w:spacing w:line="360" w:lineRule="auto"/>
        <w:jc w:val="center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ZAŚWIADCZENIE</w:t>
      </w:r>
      <w:r w:rsidRPr="00673D73">
        <w:rPr>
          <w:rFonts w:cstheme="majorHAnsi"/>
          <w:color w:val="000000" w:themeColor="text1"/>
        </w:rPr>
        <w:br/>
      </w:r>
      <w:r w:rsidRPr="00673D73">
        <w:rPr>
          <w:rFonts w:cstheme="majorHAnsi"/>
          <w:color w:val="000000" w:themeColor="text1"/>
        </w:rPr>
        <w:t xml:space="preserve"> O POTRZEBIE WSPARCIA OPIEKUNA FAKTYCZNEGO</w:t>
      </w:r>
    </w:p>
    <w:p w:rsidRPr="00673D73" w:rsidR="00973E84" w:rsidP="003E2199" w:rsidRDefault="76793063" w14:paraId="2DA4E021" w14:textId="6DCC1987">
      <w:pPr>
        <w:pStyle w:val="Nagwek2"/>
        <w:spacing w:line="360" w:lineRule="auto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1. Dane uczestnika (</w:t>
      </w:r>
      <w:r w:rsidRPr="00673D73" w:rsidR="1F4E942D">
        <w:rPr>
          <w:rFonts w:cstheme="majorHAnsi"/>
          <w:color w:val="000000" w:themeColor="text1"/>
        </w:rPr>
        <w:t>O</w:t>
      </w:r>
      <w:r w:rsidRPr="00673D73">
        <w:rPr>
          <w:rFonts w:cstheme="majorHAnsi"/>
          <w:color w:val="000000" w:themeColor="text1"/>
        </w:rPr>
        <w:t xml:space="preserve">soba </w:t>
      </w:r>
      <w:r w:rsidRPr="00673D73" w:rsidR="6C12BC40">
        <w:rPr>
          <w:rFonts w:cstheme="majorHAnsi"/>
          <w:color w:val="000000" w:themeColor="text1"/>
        </w:rPr>
        <w:t>S</w:t>
      </w:r>
      <w:r w:rsidRPr="00673D73">
        <w:rPr>
          <w:rFonts w:cstheme="majorHAnsi"/>
          <w:color w:val="000000" w:themeColor="text1"/>
        </w:rPr>
        <w:t>tarsza)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1. Dane uczestnika - osoba starsza."/>
        <w:tblDescription w:val="Tabela formularza do wpisania danych osoby starszej: imię i nazwisko, adres, PESEL albo numer dokumentu tożsamości oraz data urodzenia."/>
      </w:tblPr>
      <w:tblGrid>
        <w:gridCol w:w="4986"/>
        <w:gridCol w:w="4986"/>
      </w:tblGrid>
      <w:tr w:rsidRPr="00673D73" w:rsidR="00E8532B" w:rsidTr="46B1EA0C" w14:paraId="7038AB3A" w14:textId="77777777">
        <w:trPr>
          <w:tblHeader/>
        </w:trPr>
        <w:tc>
          <w:tcPr>
            <w:tcW w:w="4986" w:type="dxa"/>
          </w:tcPr>
          <w:p w:rsidRPr="00673D73" w:rsidR="00E8532B" w:rsidP="003E2199" w:rsidRDefault="47128FDF" w14:paraId="067618DE" w14:textId="77777777">
            <w:pPr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Imię i nazwisko świadczeniobiorcy:</w:t>
            </w:r>
          </w:p>
          <w:p w:rsidRPr="00673D73" w:rsidR="00E8532B" w:rsidP="003E2199" w:rsidRDefault="00E8532B" w14:paraId="293722FD" w14:textId="5347D9A9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00E8532B" w:rsidP="003E2199" w:rsidRDefault="00E8532B" w14:paraId="434604F3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00E8532B" w:rsidTr="46B1EA0C" w14:paraId="489A210D" w14:textId="77777777">
        <w:tc>
          <w:tcPr>
            <w:tcW w:w="4986" w:type="dxa"/>
          </w:tcPr>
          <w:p w:rsidRPr="00673D73" w:rsidR="00E8532B" w:rsidP="003E2199" w:rsidRDefault="47128FDF" w14:paraId="75F784F6" w14:textId="77777777">
            <w:pPr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Adres zamieszkania:</w:t>
            </w:r>
          </w:p>
          <w:p w:rsidRPr="00673D73" w:rsidR="00E8532B" w:rsidP="003E2199" w:rsidRDefault="00E8532B" w14:paraId="490DBED0" w14:textId="7BA4A269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00E8532B" w:rsidP="003E2199" w:rsidRDefault="00E8532B" w14:paraId="2F5E1D63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00E8532B" w:rsidTr="46B1EA0C" w14:paraId="21DBF759" w14:textId="77777777">
        <w:tc>
          <w:tcPr>
            <w:tcW w:w="4986" w:type="dxa"/>
          </w:tcPr>
          <w:p w:rsidRPr="00673D73" w:rsidR="00E8532B" w:rsidP="003E2199" w:rsidRDefault="47128FDF" w14:paraId="5BF2D181" w14:textId="38D33711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Numer PESEL (gdy brak numer dokumentu tożsamości):</w:t>
            </w:r>
          </w:p>
        </w:tc>
        <w:tc>
          <w:tcPr>
            <w:tcW w:w="4986" w:type="dxa"/>
          </w:tcPr>
          <w:p w:rsidRPr="00673D73" w:rsidR="00E8532B" w:rsidP="003E2199" w:rsidRDefault="00E8532B" w14:paraId="0D5C1D47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00E8532B" w:rsidTr="46B1EA0C" w14:paraId="1BCCD0DF" w14:textId="77777777">
        <w:tc>
          <w:tcPr>
            <w:tcW w:w="4986" w:type="dxa"/>
          </w:tcPr>
          <w:p w:rsidRPr="00673D73" w:rsidR="00E8532B" w:rsidP="003E2199" w:rsidRDefault="47128FDF" w14:paraId="4C6368D8" w14:textId="1CBA06AE">
            <w:pPr>
              <w:tabs>
                <w:tab w:val="center" w:pos="2385"/>
              </w:tabs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Data urodzenia:</w:t>
            </w:r>
            <w:r w:rsidRPr="00673D73" w:rsidR="00E8532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ab/>
            </w:r>
          </w:p>
          <w:p w:rsidRPr="00673D73" w:rsidR="00E8532B" w:rsidP="003E2199" w:rsidRDefault="00E8532B" w14:paraId="798AEA61" w14:textId="19F44E10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00E8532B" w:rsidP="003E2199" w:rsidRDefault="00E8532B" w14:paraId="614E818C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:rsidRPr="00673D73" w:rsidR="00973E84" w:rsidP="003E2199" w:rsidRDefault="00973E84" w14:paraId="1B75BBE7" w14:textId="77777777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Pr="00673D73" w:rsidR="1CADE0CD" w:rsidP="003E2199" w:rsidRDefault="44D52A46" w14:paraId="07FABED1" w14:textId="0C2796F8">
      <w:pPr>
        <w:pStyle w:val="Nagwek2"/>
        <w:spacing w:line="360" w:lineRule="auto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2. Dane uczestnika (Opiekun Faktyczny)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2. Dane uczestnika - opiekun faktyczny."/>
        <w:tblDescription w:val="Tabela formularza do wpisania danych opiekuna faktycznego: imię i nazwisko, adres, PESEL albo numer dokumentu tożsamości oraz data urodzenia."/>
      </w:tblPr>
      <w:tblGrid>
        <w:gridCol w:w="4986"/>
        <w:gridCol w:w="4986"/>
      </w:tblGrid>
      <w:tr w:rsidRPr="00673D73" w:rsidR="46B1EA0C" w:rsidTr="46B1EA0C" w14:paraId="16C49DA9" w14:textId="77777777">
        <w:trPr>
          <w:trHeight w:val="300"/>
          <w:tblHeader/>
        </w:trPr>
        <w:tc>
          <w:tcPr>
            <w:tcW w:w="4986" w:type="dxa"/>
          </w:tcPr>
          <w:p w:rsidRPr="00673D73" w:rsidR="46B1EA0C" w:rsidP="003E2199" w:rsidRDefault="46B1EA0C" w14:paraId="0C6DE63A" w14:textId="0A239285">
            <w:pPr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 xml:space="preserve">Imię i nazwisko </w:t>
            </w:r>
            <w:r w:rsidR="00E43865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opiekuna faktycznego:</w:t>
            </w:r>
          </w:p>
          <w:p w:rsidRPr="00673D73" w:rsidR="46B1EA0C" w:rsidP="003E2199" w:rsidRDefault="46B1EA0C" w14:paraId="2F42CE44" w14:textId="5347D9A9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46B1EA0C" w:rsidP="003E2199" w:rsidRDefault="46B1EA0C" w14:paraId="410983C5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46B1EA0C" w:rsidTr="46B1EA0C" w14:paraId="4F2B2AAD" w14:textId="77777777">
        <w:trPr>
          <w:trHeight w:val="300"/>
        </w:trPr>
        <w:tc>
          <w:tcPr>
            <w:tcW w:w="4986" w:type="dxa"/>
          </w:tcPr>
          <w:p w:rsidRPr="00673D73" w:rsidR="46B1EA0C" w:rsidP="003E2199" w:rsidRDefault="46B1EA0C" w14:paraId="09BE48B2" w14:textId="77777777">
            <w:pPr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Adres zamieszkania:</w:t>
            </w:r>
          </w:p>
          <w:p w:rsidRPr="00673D73" w:rsidR="46B1EA0C" w:rsidP="003E2199" w:rsidRDefault="46B1EA0C" w14:paraId="487206E2" w14:textId="7BA4A269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46B1EA0C" w:rsidP="003E2199" w:rsidRDefault="46B1EA0C" w14:paraId="42D7A960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46B1EA0C" w:rsidTr="46B1EA0C" w14:paraId="0D952533" w14:textId="77777777">
        <w:trPr>
          <w:trHeight w:val="300"/>
        </w:trPr>
        <w:tc>
          <w:tcPr>
            <w:tcW w:w="4986" w:type="dxa"/>
          </w:tcPr>
          <w:p w:rsidRPr="00673D73" w:rsidR="46B1EA0C" w:rsidP="003E2199" w:rsidRDefault="46B1EA0C" w14:paraId="72BC5137" w14:textId="38D33711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Numer PESEL (gdy brak numer dokumentu tożsamości):</w:t>
            </w:r>
          </w:p>
        </w:tc>
        <w:tc>
          <w:tcPr>
            <w:tcW w:w="4986" w:type="dxa"/>
          </w:tcPr>
          <w:p w:rsidRPr="00673D73" w:rsidR="46B1EA0C" w:rsidP="003E2199" w:rsidRDefault="46B1EA0C" w14:paraId="4447CE16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46B1EA0C" w:rsidTr="46B1EA0C" w14:paraId="036A51D8" w14:textId="77777777">
        <w:trPr>
          <w:trHeight w:val="300"/>
        </w:trPr>
        <w:tc>
          <w:tcPr>
            <w:tcW w:w="4986" w:type="dxa"/>
          </w:tcPr>
          <w:p w:rsidRPr="00673D73" w:rsidR="46B1EA0C" w:rsidP="003E2199" w:rsidRDefault="46B1EA0C" w14:paraId="67B53D7B" w14:textId="1CBA06AE">
            <w:pPr>
              <w:tabs>
                <w:tab w:val="center" w:pos="2385"/>
              </w:tabs>
              <w:spacing w:line="360" w:lineRule="auto"/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eastAsia="Times New Roman" w:asciiTheme="majorHAnsi" w:hAnsiTheme="majorHAnsi" w:cstheme="majorHAnsi"/>
                <w:color w:val="000000" w:themeColor="text1"/>
                <w:sz w:val="24"/>
                <w:szCs w:val="24"/>
              </w:rPr>
              <w:t>Data urodzenia:</w:t>
            </w:r>
            <w:r w:rsidRPr="00673D7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ab/>
            </w:r>
          </w:p>
          <w:p w:rsidRPr="00673D73" w:rsidR="46B1EA0C" w:rsidP="003E2199" w:rsidRDefault="46B1EA0C" w14:paraId="24BBC80D" w14:textId="19F44E10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</w:tcPr>
          <w:p w:rsidRPr="00673D73" w:rsidR="46B1EA0C" w:rsidP="003E2199" w:rsidRDefault="46B1EA0C" w14:paraId="20155A7C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:rsidR="003E2199" w:rsidP="00A616EC" w:rsidRDefault="00A616EC" w14:paraId="3AF22928" w14:textId="1F81C114">
      <w:pPr>
        <w:tabs>
          <w:tab w:val="left" w:pos="8940"/>
        </w:tabs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:rsidRPr="00673D73" w:rsidR="1CADE0CD" w:rsidP="003E2199" w:rsidRDefault="4952D3EA" w14:paraId="72846D6A" w14:textId="52239AB0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>Forma sprawowania opieki (zaznaczyć właściwe):</w:t>
      </w:r>
    </w:p>
    <w:p w:rsidRPr="00673D73" w:rsidR="1CADE0CD" w:rsidP="4DBEB883" w:rsidRDefault="4952D3EA" w14:paraId="3A80B428" w14:textId="64D1CEF3">
      <w:pPr>
        <w:spacing w:line="360" w:lineRule="auto"/>
        <w:rPr>
          <w:rFonts w:ascii="Calibri" w:hAnsi="Calibri" w:cs="Calibri" w:asciiTheme="majorAscii" w:hAnsiTheme="majorAscii" w:cstheme="majorAscii"/>
          <w:color w:val="000000" w:themeColor="text1"/>
          <w:sz w:val="24"/>
          <w:szCs w:val="24"/>
        </w:rPr>
      </w:pPr>
      <w:r w:rsidRPr="4DBEB883" w:rsidR="4952D3EA">
        <w:rPr>
          <w:rFonts w:ascii="Segoe UI Symbol" w:hAnsi="Segoe UI Symbol" w:cs="Segoe UI Symbol"/>
          <w:color w:val="000000" w:themeColor="text1" w:themeTint="FF" w:themeShade="FF"/>
          <w:sz w:val="24"/>
          <w:szCs w:val="24"/>
        </w:rPr>
        <w:t>☐</w:t>
      </w:r>
      <w:r w:rsidRPr="4DBEB883" w:rsidR="4952D3EA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</w:rPr>
        <w:t xml:space="preserve"> wspólne zamieszkiwanie    </w:t>
      </w:r>
      <w:r w:rsidRPr="4DBEB883" w:rsidR="4952D3EA">
        <w:rPr>
          <w:rFonts w:ascii="Segoe UI Symbol" w:hAnsi="Segoe UI Symbol" w:cs="Segoe UI Symbol"/>
          <w:color w:val="000000" w:themeColor="text1" w:themeTint="FF" w:themeShade="FF"/>
          <w:sz w:val="24"/>
          <w:szCs w:val="24"/>
        </w:rPr>
        <w:t>☐</w:t>
      </w:r>
      <w:r w:rsidRPr="4DBEB883" w:rsidR="4952D3EA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</w:rPr>
        <w:t xml:space="preserve"> codzienne wizyty    </w:t>
      </w:r>
      <w:r w:rsidRPr="4DBEB883" w:rsidR="4952D3EA">
        <w:rPr>
          <w:rFonts w:ascii="Segoe UI Symbol" w:hAnsi="Segoe UI Symbol" w:cs="Segoe UI Symbol"/>
          <w:color w:val="000000" w:themeColor="text1" w:themeTint="FF" w:themeShade="FF"/>
          <w:sz w:val="24"/>
          <w:szCs w:val="24"/>
        </w:rPr>
        <w:t>☐</w:t>
      </w:r>
      <w:r w:rsidRPr="4DBEB883" w:rsidR="4952D3EA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</w:rPr>
        <w:t xml:space="preserve"> opieka okresowa    </w:t>
      </w:r>
      <w:r>
        <w:br/>
      </w:r>
      <w:r w:rsidRPr="4DBEB883" w:rsidR="4952D3EA">
        <w:rPr>
          <w:rFonts w:ascii="Segoe UI Symbol" w:hAnsi="Segoe UI Symbol" w:cs="Segoe UI Symbol"/>
          <w:color w:val="000000" w:themeColor="text1" w:themeTint="FF" w:themeShade="FF"/>
          <w:sz w:val="24"/>
          <w:szCs w:val="24"/>
        </w:rPr>
        <w:t>☐</w:t>
      </w:r>
      <w:r w:rsidRPr="4DBEB883" w:rsidR="4952D3EA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</w:rPr>
        <w:t xml:space="preserve"> inne: ........................................</w:t>
      </w:r>
    </w:p>
    <w:p w:rsidRPr="00673D73" w:rsidR="1CADE0CD" w:rsidP="003E2199" w:rsidRDefault="1CADE0CD" w14:paraId="44A6FA63" w14:textId="0B53DEFC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Pr="00673D73" w:rsidR="1CADE0CD" w:rsidP="003E2199" w:rsidRDefault="4952D3EA" w14:paraId="1A44A437" w14:textId="0B4F19E9">
      <w:pPr>
        <w:pStyle w:val="Nagwek2"/>
        <w:spacing w:line="360" w:lineRule="auto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3. Podstawa potwierdzenia potrzeby wsparcia opiekuna (zaznaczyć właściwe)</w:t>
      </w:r>
    </w:p>
    <w:p w:rsidRPr="00673D73" w:rsidR="1CADE0CD" w:rsidP="003E2199" w:rsidRDefault="4952D3EA" w14:paraId="3D7F02E0" w14:textId="1E09CA76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ograniczona samodzielność osoby starszej w ADL / potrzeba stałej pomocy</w:t>
      </w:r>
    </w:p>
    <w:p w:rsidRPr="00673D73" w:rsidR="1CADE0CD" w:rsidP="003E2199" w:rsidRDefault="4952D3EA" w14:paraId="6C3B7382" w14:textId="41173214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choroby przewlekłe / wielochorobowość wymagające regularnego wsparcia i nadzoru</w:t>
      </w:r>
    </w:p>
    <w:p w:rsidRPr="00673D73" w:rsidR="1CADE0CD" w:rsidP="003E2199" w:rsidRDefault="4952D3EA" w14:paraId="12F956F7" w14:textId="6166A14D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zaburzenia poznawcze/otępienne lub zaburzenia nastroju wpływające na funkcjonowanie</w:t>
      </w:r>
    </w:p>
    <w:p w:rsidRPr="00673D73" w:rsidR="1CADE0CD" w:rsidP="003E2199" w:rsidRDefault="4952D3EA" w14:paraId="3D0364BB" w14:textId="316A6C2E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ryzyko upadków / zaburzenia równowagi / potrzeba asekuracji podczas poruszania się</w:t>
      </w:r>
    </w:p>
    <w:p w:rsidRPr="00673D73" w:rsidR="1CADE0CD" w:rsidP="003E2199" w:rsidRDefault="4952D3EA" w14:paraId="17979E8E" w14:textId="4B19BB7B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problemy pielęgnacyjne (np. rany, odleżyny, stomia, nietrzymanie moczu/stolca)</w:t>
      </w:r>
    </w:p>
    <w:p w:rsidRPr="00673D73" w:rsidR="1CADE0CD" w:rsidP="003E2199" w:rsidRDefault="4952D3EA" w14:paraId="7645096C" w14:textId="68384332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skomplikowana farmakoterapia / wielolekowość (organizacja przyjmowania leków)</w:t>
      </w:r>
    </w:p>
    <w:p w:rsidRPr="00673D73" w:rsidR="1CADE0CD" w:rsidP="003E2199" w:rsidRDefault="4952D3EA" w14:paraId="24B538A2" w14:textId="075AC66F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trudności opiekuna w czynnościach opiekuńczych/pielęgnacyjnych (brak wiedzy/umiejętności)</w:t>
      </w:r>
    </w:p>
    <w:p w:rsidRPr="00673D73" w:rsidR="1CADE0CD" w:rsidP="003E2199" w:rsidRDefault="4952D3EA" w14:paraId="2577734B" w14:textId="188EC1C4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obciążenie opiekuna (przeciążenie, stres, wypalenie) / potrzeba wsparcia psychologicznego</w:t>
      </w:r>
    </w:p>
    <w:p w:rsidRPr="00673D73" w:rsidR="1CADE0CD" w:rsidP="003E2199" w:rsidRDefault="4952D3EA" w14:paraId="34D12448" w14:textId="1859FAD9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brak wystarczającej sieci wsparcia w rodzinie/środowisku lokalnym</w:t>
      </w:r>
    </w:p>
    <w:p w:rsidRPr="00673D73" w:rsidR="1CADE0CD" w:rsidP="003E2199" w:rsidRDefault="4952D3EA" w14:paraId="6AD96E2D" w14:textId="71AF35DB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inne (jakie?): ................................................................................</w:t>
      </w:r>
    </w:p>
    <w:p w:rsidRPr="00673D73" w:rsidR="1CADE0CD" w:rsidP="003E2199" w:rsidRDefault="1CADE0CD" w14:paraId="5C82DFD5" w14:textId="7417CFBE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Pr="00673D73" w:rsidR="1CADE0CD" w:rsidP="003E2199" w:rsidRDefault="4952D3EA" w14:paraId="015C62F3" w14:textId="0650411B">
      <w:pPr>
        <w:pStyle w:val="Nagwek2"/>
        <w:spacing w:line="360" w:lineRule="auto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4. Rekomendowany zakres wsparcia dla Opiekuna Faktycznego (zaznaczyć)</w:t>
      </w:r>
    </w:p>
    <w:p w:rsidRPr="00673D73" w:rsidR="1CADE0CD" w:rsidP="003E2199" w:rsidRDefault="4952D3EA" w14:paraId="539EFC9F" w14:textId="20B44455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edukacja i instruktaż czynności pielęgnacyjnych/opiekuńczych (bezpieczeństwo, profilaktyka powikłań)</w:t>
      </w:r>
    </w:p>
    <w:p w:rsidRPr="00673D73" w:rsidR="1CADE0CD" w:rsidP="003E2199" w:rsidRDefault="4952D3EA" w14:paraId="4E99AA09" w14:textId="192803FE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instruktaż bezpiecznej mobilizacji/aktywności (asekuracja, transfery, ćwiczenia domowe)</w:t>
      </w:r>
    </w:p>
    <w:p w:rsidRPr="00673D73" w:rsidR="1CADE0CD" w:rsidP="003E2199" w:rsidRDefault="4952D3EA" w14:paraId="5AC71F94" w14:textId="2EC54255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psychoedukacja i wsparcie psychologiczne opiekuna (radzenie sobie ze stresem, komunikacja)</w:t>
      </w:r>
    </w:p>
    <w:p w:rsidRPr="00673D73" w:rsidR="1CADE0CD" w:rsidP="003E2199" w:rsidRDefault="4952D3EA" w14:paraId="60B0FF07" w14:textId="7E1168E2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doradztwo w adaptacji mieszkania do potrzeb osoby starszej (bezpieczeństwo, ergonomia)</w:t>
      </w:r>
    </w:p>
    <w:p w:rsidRPr="00673D73" w:rsidR="1CADE0CD" w:rsidP="003E2199" w:rsidRDefault="4952D3EA" w14:paraId="115EE2A8" w14:textId="7B4C0BF5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wsparcie informacyjne dot. korzystania ze świadczeń zdrowotnych i pomocy społecznej</w:t>
      </w:r>
    </w:p>
    <w:p w:rsidRPr="00673D73" w:rsidR="1CADE0CD" w:rsidP="003E2199" w:rsidRDefault="4952D3EA" w14:paraId="4B00C0DE" w14:textId="0ADCED99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konsultacje żywieniowe / edukacja dietetyczna (jeśli dotyczy)</w:t>
      </w:r>
    </w:p>
    <w:p w:rsidRPr="00673D73" w:rsidR="1CADE0CD" w:rsidP="003E2199" w:rsidRDefault="4952D3EA" w14:paraId="51E611A8" w14:textId="57E7FA24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konsultacje dot. farmakoterapii (przegląd lekowy / organizacja przyjmowania leków) (jeśli dotyczy)</w:t>
      </w:r>
    </w:p>
    <w:p w:rsidRPr="00673D73" w:rsidR="1CADE0CD" w:rsidP="003E2199" w:rsidRDefault="4952D3EA" w14:paraId="01C938F0" w14:textId="5E6E05E9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4DBEB883" w:rsidR="4952D3EA">
        <w:rPr>
          <w:rFonts w:ascii="Segoe UI Symbol" w:hAnsi="Segoe UI Symbol" w:cs="Segoe UI Symbol"/>
          <w:color w:val="000000" w:themeColor="text1" w:themeTint="FF" w:themeShade="FF"/>
          <w:sz w:val="24"/>
          <w:szCs w:val="24"/>
        </w:rPr>
        <w:t>☐</w:t>
      </w:r>
      <w:r w:rsidRPr="4DBEB883" w:rsidR="4952D3EA">
        <w:rPr>
          <w:rFonts w:ascii="Calibri" w:hAnsi="Calibri" w:cs="Calibri" w:asciiTheme="majorAscii" w:hAnsiTheme="majorAscii" w:cstheme="majorAscii"/>
          <w:color w:val="000000" w:themeColor="text1" w:themeTint="FF" w:themeShade="FF"/>
          <w:sz w:val="24"/>
          <w:szCs w:val="24"/>
        </w:rPr>
        <w:t xml:space="preserve"> inne (jakie?): ................................................................................</w:t>
      </w:r>
    </w:p>
    <w:p w:rsidRPr="00673D73" w:rsidR="1CADE0CD" w:rsidP="003E2199" w:rsidRDefault="74E4B1AF" w14:paraId="501CFA21" w14:textId="300E23F1">
      <w:pPr>
        <w:pStyle w:val="Nagwek2"/>
        <w:spacing w:line="360" w:lineRule="auto"/>
        <w:rPr>
          <w:rFonts w:cstheme="majorHAnsi"/>
          <w:color w:val="000000" w:themeColor="text1"/>
        </w:rPr>
      </w:pPr>
      <w:r w:rsidRPr="00673D73">
        <w:rPr>
          <w:rFonts w:cstheme="majorHAnsi"/>
          <w:color w:val="000000" w:themeColor="text1"/>
        </w:rPr>
        <w:t>5. Oświadczenie osoby wystawiającej</w:t>
      </w:r>
    </w:p>
    <w:p w:rsidRPr="00673D73" w:rsidR="1CADE0CD" w:rsidP="003E2199" w:rsidRDefault="74E4B1AF" w14:paraId="0A19517B" w14:textId="37294DEA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73D73">
        <w:rPr>
          <w:rFonts w:asciiTheme="majorHAnsi" w:hAnsiTheme="majorHAnsi" w:cstheme="majorHAnsi"/>
          <w:color w:val="000000" w:themeColor="text1"/>
          <w:sz w:val="24"/>
          <w:szCs w:val="24"/>
        </w:rPr>
        <w:t>Na podstawie przeprowadzonej oceny/wywiadu oraz dostępnej dokumentacji stwierdzam zasadność udzielenia wsparcia opiekunowi faktycznemu wskazanemu w części B, w związku z opieką nad osobą starszą wskazaną w części A, kwalifikującą się do POD.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3. Potwierdzenie osoby wystawiającej."/>
        <w:tblDescription w:val="Tabela formularza z miejscem na potwierdzenie, datę, podpis i pieczątkę osoby wystawiającej zaświadczenie."/>
      </w:tblPr>
      <w:tblGrid>
        <w:gridCol w:w="4986"/>
        <w:gridCol w:w="4986"/>
      </w:tblGrid>
      <w:tr w:rsidRPr="00673D73" w:rsidR="1CADE0CD" w:rsidTr="4DBEB883" w14:paraId="31334807" w14:textId="77777777">
        <w:trPr>
          <w:trHeight w:val="300"/>
          <w:tblHeader/>
        </w:trPr>
        <w:tc>
          <w:tcPr>
            <w:tcW w:w="4986" w:type="dxa"/>
            <w:vMerge w:val="restart"/>
            <w:tcMar/>
          </w:tcPr>
          <w:p w:rsidRPr="00673D73" w:rsidR="1CADE0CD" w:rsidP="003E2199" w:rsidRDefault="1CADE0CD" w14:paraId="5FC39950" w14:textId="7895A732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Pr="00673D73" w:rsidR="1CADE0CD" w:rsidP="003E2199" w:rsidRDefault="1CADE0CD" w14:paraId="06C2026D" w14:textId="331EB0BE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Pr="00673D73" w:rsidR="1CADE0CD" w:rsidP="4DBEB883" w:rsidRDefault="1CADE0CD" w14:paraId="22735EFE" w14:textId="47E00EA7">
            <w:pPr>
              <w:spacing w:line="360" w:lineRule="auto"/>
              <w:rPr>
                <w:rFonts w:ascii="Calibri" w:hAnsi="Calibri" w:cs="Calibri" w:asciiTheme="majorAscii" w:hAnsiTheme="majorAscii" w:cstheme="majorAscii"/>
                <w:color w:val="000000" w:themeColor="text1"/>
                <w:sz w:val="24"/>
                <w:szCs w:val="24"/>
              </w:rPr>
            </w:pPr>
            <w:r w:rsidRPr="4DBEB883" w:rsidR="3D882BD4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Potwierdzenie</w:t>
            </w:r>
            <w:r w:rsidRPr="4DBEB883" w:rsidR="21183C43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:</w:t>
            </w:r>
            <w:r w:rsidRPr="4DBEB883" w:rsidR="3D882BD4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DBEB883" w:rsidR="3576F4B8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P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ielęgnia</w:t>
            </w:r>
            <w:r w:rsidRPr="4DBEB883" w:rsidR="6D789CF3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rka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/</w:t>
            </w:r>
            <w:r w:rsidRPr="4DBEB883" w:rsidR="78AAD271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L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ekarz/</w:t>
            </w:r>
            <w:r w:rsidRPr="4DBEB883" w:rsidR="4A9ABECB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P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racowni</w:t>
            </w:r>
            <w:r w:rsidRPr="4DBEB883" w:rsidR="3FFEF5D8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k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DBEB883" w:rsidR="3E88C7E9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S</w:t>
            </w:r>
            <w:r w:rsidRPr="4DBEB883" w:rsidR="79E3A70E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ocjaln</w:t>
            </w:r>
            <w:r w:rsidRPr="4DBEB883" w:rsidR="4B5E9759"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  <w:t>y</w:t>
            </w:r>
          </w:p>
        </w:tc>
        <w:tc>
          <w:tcPr>
            <w:tcW w:w="4986" w:type="dxa"/>
            <w:tcMar/>
          </w:tcPr>
          <w:p w:rsidRPr="00673D73" w:rsidR="1CADE0CD" w:rsidP="003E2199" w:rsidRDefault="1CADE0CD" w14:paraId="33DF96CC" w14:textId="518916B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Pr="00673D73" w:rsidR="1CADE0CD" w:rsidP="003E2199" w:rsidRDefault="1CADE0CD" w14:paraId="6B845C13" w14:textId="6EF006E8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Pr="00673D73" w:rsidR="1CADE0CD" w:rsidP="4DBEB883" w:rsidRDefault="1CADE0CD" w14:paraId="51D3E8D0" w14:textId="66293DA6">
            <w:pPr>
              <w:spacing w:line="360" w:lineRule="auto"/>
              <w:rPr>
                <w:rFonts w:ascii="Calibri" w:hAnsi="Calibri" w:cs="Calibri" w:asciiTheme="majorAscii" w:hAnsiTheme="majorAscii" w:cstheme="majorAscii"/>
                <w:color w:val="000000" w:themeColor="text1"/>
                <w:sz w:val="24"/>
                <w:szCs w:val="24"/>
              </w:rPr>
            </w:pPr>
          </w:p>
          <w:p w:rsidR="4DBEB883" w:rsidP="4DBEB883" w:rsidRDefault="4DBEB883" w14:paraId="75D2E94F" w14:textId="6FCC128A">
            <w:pPr>
              <w:spacing w:line="360" w:lineRule="auto"/>
              <w:rPr>
                <w:rFonts w:ascii="Calibri" w:hAnsi="Calibri" w:cs="Calibri" w:asciiTheme="majorAscii" w:hAnsiTheme="majorAscii" w:cstheme="majorAscii"/>
                <w:color w:val="000000" w:themeColor="text1" w:themeTint="FF" w:themeShade="FF"/>
                <w:sz w:val="24"/>
                <w:szCs w:val="24"/>
              </w:rPr>
            </w:pPr>
          </w:p>
          <w:p w:rsidRPr="00673D73" w:rsidR="1CADE0CD" w:rsidP="003E2199" w:rsidRDefault="1CADE0CD" w14:paraId="4DD5FAF3" w14:textId="7C9EC34E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Pr="00673D73" w:rsidR="1CADE0CD" w:rsidTr="4DBEB883" w14:paraId="43891437" w14:textId="77777777">
        <w:trPr>
          <w:trHeight w:val="300"/>
        </w:trPr>
        <w:tc>
          <w:tcPr>
            <w:tcW w:w="4986" w:type="dxa"/>
            <w:vMerge/>
            <w:tcMar/>
          </w:tcPr>
          <w:p w:rsidRPr="00673D73" w:rsidR="00CC48B6" w:rsidP="003E2199" w:rsidRDefault="00CC48B6" w14:paraId="31EC5B35" w14:textId="77777777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986" w:type="dxa"/>
            <w:tcMar/>
          </w:tcPr>
          <w:p w:rsidRPr="00673D73" w:rsidR="0302767A" w:rsidP="003E2199" w:rsidRDefault="42996EF7" w14:paraId="1A127AE0" w14:textId="592EC45D">
            <w:pPr>
              <w:spacing w:line="360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73D7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Pr="00673D73" w:rsidR="3D882BD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Data, podpis</w:t>
            </w:r>
            <w:r w:rsidRPr="00673D73" w:rsidR="05E2D8F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pieczątka</w:t>
            </w:r>
          </w:p>
        </w:tc>
      </w:tr>
    </w:tbl>
    <w:p w:rsidRPr="00673D73" w:rsidR="00973E84" w:rsidP="003E2199" w:rsidRDefault="00973E84" w14:paraId="550413E5" w14:textId="518BBF7B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Pr="00673D73" w:rsidR="00973E84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740" w:rsidP="00F25D60" w:rsidRDefault="00814740" w14:paraId="0EE065DE" w14:textId="77777777">
      <w:pPr>
        <w:spacing w:after="0" w:line="240" w:lineRule="auto"/>
      </w:pPr>
      <w:r>
        <w:separator/>
      </w:r>
    </w:p>
  </w:endnote>
  <w:endnote w:type="continuationSeparator" w:id="0">
    <w:p w:rsidR="00814740" w:rsidP="00F25D60" w:rsidRDefault="00814740" w14:paraId="02ADF2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1EF" w:rsidRDefault="00CA41EF" w14:paraId="7283B954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A41EF" w:rsidR="00CA41EF" w:rsidP="4434431D" w:rsidRDefault="46B1EA0C" w14:paraId="6DF01813" w14:textId="4FD8EBFD">
    <w:pPr>
      <w:spacing w:after="0" w:line="240" w:lineRule="auto"/>
      <w:jc w:val="center"/>
      <w:rPr>
        <w:sz w:val="20"/>
        <w:szCs w:val="20"/>
      </w:rPr>
    </w:pPr>
    <w:bookmarkStart w:name="_Hlk182916159" w:id="0"/>
    <w:bookmarkStart w:name="_Hlk182916160" w:id="1"/>
    <w:r w:rsidRPr="46B1EA0C">
      <w:rPr>
        <w:sz w:val="20"/>
        <w:szCs w:val="20"/>
      </w:rPr>
      <w:t>Projekt „Środowiskowa opieka długoterminowa dla osób starszych z terenu miasta Katowice oraz Sosnowiec” jest współfinansowany ze środków Unii Europejskiej w ramach Europejskiego Funduszu Społecznego</w:t>
    </w:r>
    <w:r w:rsidR="00A616EC">
      <w:rPr>
        <w:sz w:val="20"/>
        <w:szCs w:val="20"/>
      </w:rPr>
      <w:t>+</w:t>
    </w:r>
    <w:r w:rsidRPr="46B1EA0C">
      <w:rPr>
        <w:sz w:val="20"/>
        <w:szCs w:val="20"/>
      </w:rPr>
      <w:t>.</w:t>
    </w:r>
    <w:r w:rsidR="00CA41EF">
      <w:br/>
    </w:r>
    <w:r w:rsidRPr="46B1EA0C">
      <w:rPr>
        <w:sz w:val="20"/>
        <w:szCs w:val="20"/>
      </w:rPr>
      <w:t xml:space="preserve">Biuro Projektu: EMC Silesia sp. z o.o. | Centrum Badawczo-Rozwojowe | ul. Morawa 31 | 40-353 Katowice, Budynek A, IIp. | tel. </w:t>
    </w:r>
    <w:r w:rsidRPr="46B1EA0C">
      <w:rPr>
        <w:rFonts w:cs="Calibri"/>
        <w:color w:val="000000" w:themeColor="text1"/>
        <w:sz w:val="19"/>
        <w:szCs w:val="19"/>
      </w:rPr>
      <w:t>32 7638961</w:t>
    </w:r>
    <w:r w:rsidRPr="46B1EA0C">
      <w:rPr>
        <w:rFonts w:cs="Calibri"/>
        <w:sz w:val="20"/>
        <w:szCs w:val="20"/>
      </w:rPr>
      <w:t xml:space="preserve"> </w:t>
    </w:r>
    <w:r w:rsidRPr="46B1EA0C">
      <w:rPr>
        <w:sz w:val="20"/>
        <w:szCs w:val="20"/>
      </w:rPr>
      <w:t>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1EF" w:rsidRDefault="00CA41EF" w14:paraId="1F01F402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740" w:rsidP="00F25D60" w:rsidRDefault="00814740" w14:paraId="30BD32E8" w14:textId="77777777">
      <w:pPr>
        <w:spacing w:after="0" w:line="240" w:lineRule="auto"/>
      </w:pPr>
      <w:r>
        <w:separator/>
      </w:r>
    </w:p>
  </w:footnote>
  <w:footnote w:type="continuationSeparator" w:id="0">
    <w:p w:rsidR="00814740" w:rsidP="00F25D60" w:rsidRDefault="00814740" w14:paraId="4A45C1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1EF" w:rsidRDefault="00CA41EF" w14:paraId="211BA974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25D60" w:rsidRDefault="46B1EA0C" w14:paraId="3CDC633D" w14:textId="71463A2A">
    <w:pPr>
      <w:pStyle w:val="Nagwek"/>
    </w:pPr>
    <w:r>
      <w:rPr>
        <w:noProof/>
      </w:rPr>
      <w:drawing>
        <wp:inline distT="0" distB="0" distL="0" distR="0" wp14:anchorId="3B006A72" wp14:editId="06884E4B">
          <wp:extent cx="5760720" cy="793750"/>
          <wp:effectExtent l="0" t="0" r="0" b="6350"/>
          <wp:docPr id="680967565" name="Obraz 1" descr="Obraz zawierający logotypy: Fundusze Europejskie, Dofinansowane przez Unię Europejską oraz Województwo Śląskie" title="Obraz zawierający logotypy: Fundusze Europejskie, Dofinansowane przez Unię Europejską oraz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67565" name="Logotypy programu" descr="Obraz zawierający logotypy: Fundusze Europejskie, Dofinansowane przez Unię Europejską oraz Województwo Śląsk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5D60" w:rsidRDefault="00F25D60" w14:paraId="4D3EB57F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1EF" w:rsidRDefault="00CA41EF" w14:paraId="45A8261B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60012420">
    <w:abstractNumId w:val="8"/>
  </w:num>
  <w:num w:numId="2" w16cid:durableId="1760447222">
    <w:abstractNumId w:val="6"/>
  </w:num>
  <w:num w:numId="3" w16cid:durableId="2027553851">
    <w:abstractNumId w:val="5"/>
  </w:num>
  <w:num w:numId="4" w16cid:durableId="1194005100">
    <w:abstractNumId w:val="4"/>
  </w:num>
  <w:num w:numId="5" w16cid:durableId="1351639065">
    <w:abstractNumId w:val="7"/>
  </w:num>
  <w:num w:numId="6" w16cid:durableId="1500190709">
    <w:abstractNumId w:val="3"/>
  </w:num>
  <w:num w:numId="7" w16cid:durableId="18702640">
    <w:abstractNumId w:val="2"/>
  </w:num>
  <w:num w:numId="8" w16cid:durableId="2022537609">
    <w:abstractNumId w:val="1"/>
  </w:num>
  <w:num w:numId="9" w16cid:durableId="8896151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CCD"/>
    <w:rsid w:val="0002416F"/>
    <w:rsid w:val="00034616"/>
    <w:rsid w:val="0006063C"/>
    <w:rsid w:val="0015074B"/>
    <w:rsid w:val="0029639D"/>
    <w:rsid w:val="00326F90"/>
    <w:rsid w:val="003E2199"/>
    <w:rsid w:val="00423F99"/>
    <w:rsid w:val="0061041A"/>
    <w:rsid w:val="00673D73"/>
    <w:rsid w:val="006D6424"/>
    <w:rsid w:val="007C3ADB"/>
    <w:rsid w:val="00814740"/>
    <w:rsid w:val="00973E84"/>
    <w:rsid w:val="00A616EC"/>
    <w:rsid w:val="00AA1D8D"/>
    <w:rsid w:val="00B47730"/>
    <w:rsid w:val="00C322F4"/>
    <w:rsid w:val="00CA41EF"/>
    <w:rsid w:val="00CB0664"/>
    <w:rsid w:val="00CC48B6"/>
    <w:rsid w:val="00D95C75"/>
    <w:rsid w:val="00DA1815"/>
    <w:rsid w:val="00E43865"/>
    <w:rsid w:val="00E75CF4"/>
    <w:rsid w:val="00E8532B"/>
    <w:rsid w:val="00F25D60"/>
    <w:rsid w:val="00FC693F"/>
    <w:rsid w:val="0302767A"/>
    <w:rsid w:val="05E2D8F7"/>
    <w:rsid w:val="06933C73"/>
    <w:rsid w:val="0B0A4551"/>
    <w:rsid w:val="0BD24EB0"/>
    <w:rsid w:val="0E6E9BFF"/>
    <w:rsid w:val="10B31EEE"/>
    <w:rsid w:val="140BB61F"/>
    <w:rsid w:val="16C66FC4"/>
    <w:rsid w:val="1AFF548C"/>
    <w:rsid w:val="1C91C7CC"/>
    <w:rsid w:val="1CADE0CD"/>
    <w:rsid w:val="1DD19667"/>
    <w:rsid w:val="1EC96C98"/>
    <w:rsid w:val="1F4E942D"/>
    <w:rsid w:val="21183C43"/>
    <w:rsid w:val="236DF58A"/>
    <w:rsid w:val="23E3074C"/>
    <w:rsid w:val="2438D366"/>
    <w:rsid w:val="24B8B0E3"/>
    <w:rsid w:val="2955C17F"/>
    <w:rsid w:val="29B4B835"/>
    <w:rsid w:val="2A8A3397"/>
    <w:rsid w:val="2C157F38"/>
    <w:rsid w:val="3023269C"/>
    <w:rsid w:val="304683AA"/>
    <w:rsid w:val="30F1F783"/>
    <w:rsid w:val="3194DD46"/>
    <w:rsid w:val="3576F4B8"/>
    <w:rsid w:val="370A6ED1"/>
    <w:rsid w:val="3D882BD4"/>
    <w:rsid w:val="3E88C7E9"/>
    <w:rsid w:val="3FFEF5D8"/>
    <w:rsid w:val="406DFBB1"/>
    <w:rsid w:val="42996EF7"/>
    <w:rsid w:val="42B5114E"/>
    <w:rsid w:val="441A7A34"/>
    <w:rsid w:val="441C773E"/>
    <w:rsid w:val="4434431D"/>
    <w:rsid w:val="44D52A46"/>
    <w:rsid w:val="451548AF"/>
    <w:rsid w:val="45F7BDB7"/>
    <w:rsid w:val="46B1EA0C"/>
    <w:rsid w:val="47128FDF"/>
    <w:rsid w:val="485A0709"/>
    <w:rsid w:val="48BF6AE9"/>
    <w:rsid w:val="4952D3EA"/>
    <w:rsid w:val="499E31D8"/>
    <w:rsid w:val="4A4F72F2"/>
    <w:rsid w:val="4A9ABECB"/>
    <w:rsid w:val="4B5E9759"/>
    <w:rsid w:val="4BA3E26A"/>
    <w:rsid w:val="4D5D8910"/>
    <w:rsid w:val="4DBEB883"/>
    <w:rsid w:val="53F5D6E0"/>
    <w:rsid w:val="54340871"/>
    <w:rsid w:val="5491036B"/>
    <w:rsid w:val="5BEA2993"/>
    <w:rsid w:val="5EC268FB"/>
    <w:rsid w:val="5F14188A"/>
    <w:rsid w:val="605DE28E"/>
    <w:rsid w:val="60DBC8D0"/>
    <w:rsid w:val="64900A0B"/>
    <w:rsid w:val="64EB5EE4"/>
    <w:rsid w:val="6895F50E"/>
    <w:rsid w:val="68E6FA20"/>
    <w:rsid w:val="6C12BC40"/>
    <w:rsid w:val="6D789CF3"/>
    <w:rsid w:val="74D5EA88"/>
    <w:rsid w:val="74E4B1AF"/>
    <w:rsid w:val="7653A8CA"/>
    <w:rsid w:val="76793063"/>
    <w:rsid w:val="76D5456E"/>
    <w:rsid w:val="78AAD271"/>
    <w:rsid w:val="79B87EA4"/>
    <w:rsid w:val="79E3A70E"/>
    <w:rsid w:val="7B7F1198"/>
    <w:rsid w:val="7C96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7641E"/>
  <w14:defaultImageDpi w14:val="300"/>
  <w15:docId w15:val="{F44769B8-8D12-4B86-8E03-016267CBD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46B1EA0C"/>
    <w:rPr>
      <w:rFonts w:ascii="Calibri" w:hAnsi="Calibri" w:eastAsia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46B1EA0C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46B1EA0C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46B1EA0C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46B1EA0C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46B1EA0C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46B1EA0C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46B1EA0C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46B1EA0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46B1EA0C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46B1EA0C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46B1EA0C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46B1EA0C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46B1EA0C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46B1EA0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46B1EA0C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46B1EA0C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46B1EA0C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46B1EA0C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46B1EA0C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46B1EA0C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46B1EA0C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46B1EA0C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46B1EA0C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46B1EA0C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46B1EA0C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46B1EA0C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46B1EA0C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46B1EA0C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46B1EA0C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46B1EA0C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46B1EA0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46B1EA0C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93D6F-5396-456F-A1CF-E609258A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b766e-250e-439d-b09b-e0bd7c67fa2e"/>
    <ds:schemaRef ds:uri="37c93a13-1157-4a37-ae32-89c12672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546F9-142F-4449-8A16-E2F138518D3B}">
  <ds:schemaRefs>
    <ds:schemaRef ds:uri="http://schemas.microsoft.com/office/2006/metadata/properties"/>
    <ds:schemaRef ds:uri="http://schemas.microsoft.com/office/infopath/2007/PartnerControls"/>
    <ds:schemaRef ds:uri="37c93a13-1157-4a37-ae32-89c12672d550"/>
    <ds:schemaRef ds:uri="276b766e-250e-439d-b09b-e0bd7c67fa2e"/>
  </ds:schemaRefs>
</ds:datastoreItem>
</file>

<file path=customXml/itemProps4.xml><?xml version="1.0" encoding="utf-8"?>
<ds:datastoreItem xmlns:ds="http://schemas.openxmlformats.org/officeDocument/2006/customXml" ds:itemID="{C08900AA-D783-448E-8404-248A17533C8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Zaświadczenie o potrzebie wsparcia opiekuna faktycznego</dc:title>
  <dc:subject/>
  <dc:creator>python-docx</dc:creator>
  <keywords/>
  <dc:description>generated by python-docx</dc:description>
  <lastModifiedBy>Anna Brzęska-Mikoda</lastModifiedBy>
  <revision>13</revision>
  <dcterms:created xsi:type="dcterms:W3CDTF">2013-12-23T23:15:00.0000000Z</dcterms:created>
  <dcterms:modified xsi:type="dcterms:W3CDTF">2026-07-23T12:10:49.7335124Z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